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C9B" w:rsidRDefault="009C34E5" w:rsidP="002A1C9B">
      <w:pPr>
        <w:pStyle w:val="aff8"/>
      </w:pPr>
      <w:r>
        <w:rPr>
          <w:noProof/>
        </w:rPr>
        <w:drawing>
          <wp:anchor distT="0" distB="0" distL="114300" distR="114300" simplePos="0" relativeHeight="251658240" behindDoc="0" locked="0" layoutInCell="1" allowOverlap="1">
            <wp:simplePos x="0" y="0"/>
            <wp:positionH relativeFrom="margin">
              <wp:posOffset>-433705</wp:posOffset>
            </wp:positionH>
            <wp:positionV relativeFrom="margin">
              <wp:posOffset>-323850</wp:posOffset>
            </wp:positionV>
            <wp:extent cx="6308725" cy="9432925"/>
            <wp:effectExtent l="0" t="0" r="0" b="0"/>
            <wp:wrapSquare wrapText="bothSides"/>
            <wp:docPr id="1" name="Рисунок 1" descr="C:\Users\Admin\Downloads\WhatsApp Image 2026-10-03 at 14.59.3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10-03 at 14.59.35 (1).jpe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308725" cy="943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F7DE8" w:rsidRPr="002A1C9B" w:rsidRDefault="0067671F">
      <w:pPr>
        <w:jc w:val="center"/>
        <w:rPr>
          <w:lang w:val="ru-RU"/>
        </w:rPr>
      </w:pPr>
      <w:r w:rsidRPr="002A1C9B">
        <w:rPr>
          <w:b/>
          <w:sz w:val="28"/>
          <w:lang w:val="ru-RU"/>
        </w:rPr>
        <w:lastRenderedPageBreak/>
        <w:t xml:space="preserve">2026-2027 </w:t>
      </w:r>
      <w:bookmarkStart w:id="0" w:name="_GoBack"/>
      <w:bookmarkEnd w:id="0"/>
      <w:proofErr w:type="spellStart"/>
      <w:r w:rsidRPr="002A1C9B">
        <w:rPr>
          <w:b/>
          <w:sz w:val="28"/>
          <w:lang w:val="ru-RU"/>
        </w:rPr>
        <w:t>оқу</w:t>
      </w:r>
      <w:proofErr w:type="spellEnd"/>
      <w:r w:rsidRPr="002A1C9B">
        <w:rPr>
          <w:b/>
          <w:sz w:val="28"/>
          <w:lang w:val="ru-RU"/>
        </w:rPr>
        <w:t xml:space="preserve"> </w:t>
      </w:r>
      <w:proofErr w:type="spellStart"/>
      <w:r w:rsidRPr="002A1C9B">
        <w:rPr>
          <w:b/>
          <w:sz w:val="28"/>
          <w:lang w:val="ru-RU"/>
        </w:rPr>
        <w:t>жылына</w:t>
      </w:r>
      <w:proofErr w:type="spellEnd"/>
      <w:r w:rsidRPr="002A1C9B">
        <w:rPr>
          <w:b/>
          <w:sz w:val="28"/>
          <w:lang w:val="ru-RU"/>
        </w:rPr>
        <w:t xml:space="preserve"> </w:t>
      </w:r>
      <w:proofErr w:type="spellStart"/>
      <w:r w:rsidRPr="002A1C9B">
        <w:rPr>
          <w:b/>
          <w:sz w:val="28"/>
          <w:lang w:val="ru-RU"/>
        </w:rPr>
        <w:t>арналған</w:t>
      </w:r>
      <w:proofErr w:type="spellEnd"/>
      <w:r w:rsidRPr="002A1C9B">
        <w:rPr>
          <w:b/>
          <w:sz w:val="28"/>
          <w:lang w:val="ru-RU"/>
        </w:rPr>
        <w:br/>
        <w:t xml:space="preserve">«Сказка» </w:t>
      </w:r>
      <w:proofErr w:type="spellStart"/>
      <w:r w:rsidRPr="002A1C9B">
        <w:rPr>
          <w:b/>
          <w:sz w:val="28"/>
          <w:lang w:val="ru-RU"/>
        </w:rPr>
        <w:t>ортаңғы</w:t>
      </w:r>
      <w:proofErr w:type="spellEnd"/>
      <w:r w:rsidRPr="002A1C9B">
        <w:rPr>
          <w:b/>
          <w:sz w:val="28"/>
          <w:lang w:val="ru-RU"/>
        </w:rPr>
        <w:t xml:space="preserve"> </w:t>
      </w:r>
      <w:proofErr w:type="spellStart"/>
      <w:r w:rsidRPr="002A1C9B">
        <w:rPr>
          <w:b/>
          <w:sz w:val="28"/>
          <w:lang w:val="ru-RU"/>
        </w:rPr>
        <w:t>тобының</w:t>
      </w:r>
      <w:proofErr w:type="spellEnd"/>
      <w:r w:rsidRPr="002A1C9B">
        <w:rPr>
          <w:b/>
          <w:sz w:val="28"/>
          <w:lang w:val="ru-RU"/>
        </w:rPr>
        <w:br/>
      </w:r>
      <w:proofErr w:type="spellStart"/>
      <w:r w:rsidRPr="002A1C9B">
        <w:rPr>
          <w:b/>
          <w:sz w:val="28"/>
          <w:lang w:val="ru-RU"/>
        </w:rPr>
        <w:t>Дене</w:t>
      </w:r>
      <w:proofErr w:type="spellEnd"/>
      <w:r w:rsidRPr="002A1C9B">
        <w:rPr>
          <w:b/>
          <w:sz w:val="28"/>
          <w:lang w:val="ru-RU"/>
        </w:rPr>
        <w:t xml:space="preserve"> </w:t>
      </w:r>
      <w:proofErr w:type="spellStart"/>
      <w:r w:rsidRPr="002A1C9B">
        <w:rPr>
          <w:b/>
          <w:sz w:val="28"/>
          <w:lang w:val="ru-RU"/>
        </w:rPr>
        <w:t>тәрбиесі</w:t>
      </w:r>
      <w:proofErr w:type="spellEnd"/>
      <w:r w:rsidRPr="002A1C9B">
        <w:rPr>
          <w:b/>
          <w:sz w:val="28"/>
          <w:lang w:val="ru-RU"/>
        </w:rPr>
        <w:t xml:space="preserve"> </w:t>
      </w:r>
      <w:proofErr w:type="spellStart"/>
      <w:r w:rsidRPr="002A1C9B">
        <w:rPr>
          <w:b/>
          <w:sz w:val="28"/>
          <w:lang w:val="ru-RU"/>
        </w:rPr>
        <w:t>бойынша</w:t>
      </w:r>
      <w:proofErr w:type="spellEnd"/>
      <w:r w:rsidRPr="002A1C9B">
        <w:rPr>
          <w:b/>
          <w:sz w:val="28"/>
          <w:lang w:val="ru-RU"/>
        </w:rPr>
        <w:t xml:space="preserve"> </w:t>
      </w:r>
      <w:proofErr w:type="spellStart"/>
      <w:r w:rsidRPr="002A1C9B">
        <w:rPr>
          <w:b/>
          <w:sz w:val="28"/>
          <w:lang w:val="ru-RU"/>
        </w:rPr>
        <w:t>перспективалық</w:t>
      </w:r>
      <w:proofErr w:type="spellEnd"/>
      <w:r w:rsidRPr="002A1C9B">
        <w:rPr>
          <w:b/>
          <w:sz w:val="28"/>
          <w:lang w:val="ru-RU"/>
        </w:rPr>
        <w:t xml:space="preserve"> </w:t>
      </w:r>
      <w:proofErr w:type="spellStart"/>
      <w:r w:rsidRPr="002A1C9B">
        <w:rPr>
          <w:b/>
          <w:sz w:val="28"/>
          <w:lang w:val="ru-RU"/>
        </w:rPr>
        <w:t>жоспары</w:t>
      </w:r>
      <w:proofErr w:type="spellEnd"/>
    </w:p>
    <w:p w:rsidR="00EF7DE8" w:rsidRDefault="0067671F">
      <w:pPr>
        <w:jc w:val="center"/>
      </w:pPr>
      <w:proofErr w:type="spellStart"/>
      <w:r>
        <w:t>Балалардың</w:t>
      </w:r>
      <w:proofErr w:type="spellEnd"/>
      <w:r>
        <w:t xml:space="preserve"> </w:t>
      </w:r>
      <w:proofErr w:type="spellStart"/>
      <w:r>
        <w:t>жасы</w:t>
      </w:r>
      <w:proofErr w:type="spellEnd"/>
      <w:r>
        <w:t xml:space="preserve">: </w:t>
      </w:r>
      <w:proofErr w:type="gramStart"/>
      <w:r>
        <w:t xml:space="preserve">3 </w:t>
      </w:r>
      <w:proofErr w:type="spellStart"/>
      <w:r>
        <w:t>жастағы</w:t>
      </w:r>
      <w:proofErr w:type="spellEnd"/>
      <w:proofErr w:type="gramEnd"/>
      <w:r>
        <w:t xml:space="preserve"> балалар</w:t>
      </w:r>
    </w:p>
    <w:tbl>
      <w:tblPr>
        <w:tblW w:w="0" w:type="auto"/>
        <w:jc w:val="center"/>
        <w:tblLayout w:type="fixed"/>
        <w:tblLook w:val="04A0" w:firstRow="1" w:lastRow="0" w:firstColumn="1" w:lastColumn="0" w:noHBand="0" w:noVBand="1"/>
      </w:tblPr>
      <w:tblGrid>
        <w:gridCol w:w="1531"/>
        <w:gridCol w:w="2268"/>
        <w:gridCol w:w="6236"/>
      </w:tblGrid>
      <w:tr w:rsidR="00EF7DE8">
        <w:trPr>
          <w:jc w:val="center"/>
        </w:trPr>
        <w:tc>
          <w:tcPr>
            <w:tcW w:w="1531" w:type="dxa"/>
            <w:tcBorders>
              <w:top w:val="single" w:sz="8" w:space="0" w:color="000000"/>
              <w:left w:val="single" w:sz="8" w:space="0" w:color="000000"/>
              <w:bottom w:val="single" w:sz="8" w:space="0" w:color="000000"/>
              <w:right w:val="single" w:sz="8" w:space="0" w:color="000000"/>
            </w:tcBorders>
            <w:vAlign w:val="center"/>
          </w:tcPr>
          <w:p w:rsidR="00EF7DE8" w:rsidRDefault="0067671F">
            <w:pPr>
              <w:jc w:val="center"/>
            </w:pPr>
            <w:r>
              <w:rPr>
                <w:b/>
                <w:sz w:val="20"/>
              </w:rPr>
              <w:t>Айы</w:t>
            </w:r>
          </w:p>
        </w:tc>
        <w:tc>
          <w:tcPr>
            <w:tcW w:w="2268" w:type="dxa"/>
            <w:tcBorders>
              <w:top w:val="single" w:sz="8" w:space="0" w:color="000000"/>
              <w:left w:val="single" w:sz="8" w:space="0" w:color="000000"/>
              <w:bottom w:val="single" w:sz="8" w:space="0" w:color="000000"/>
              <w:right w:val="single" w:sz="8" w:space="0" w:color="000000"/>
            </w:tcBorders>
            <w:vAlign w:val="center"/>
          </w:tcPr>
          <w:p w:rsidR="00EF7DE8" w:rsidRDefault="0067671F">
            <w:pPr>
              <w:jc w:val="center"/>
            </w:pPr>
            <w:r>
              <w:rPr>
                <w:b/>
                <w:sz w:val="20"/>
              </w:rPr>
              <w:t>Ұйымдастырылған іс-әрекет</w:t>
            </w:r>
          </w:p>
        </w:tc>
        <w:tc>
          <w:tcPr>
            <w:tcW w:w="6236" w:type="dxa"/>
            <w:tcBorders>
              <w:top w:val="single" w:sz="8" w:space="0" w:color="000000"/>
              <w:left w:val="single" w:sz="8" w:space="0" w:color="000000"/>
              <w:bottom w:val="single" w:sz="8" w:space="0" w:color="000000"/>
              <w:right w:val="single" w:sz="8" w:space="0" w:color="000000"/>
            </w:tcBorders>
            <w:vAlign w:val="center"/>
          </w:tcPr>
          <w:p w:rsidR="00EF7DE8" w:rsidRDefault="0067671F">
            <w:pPr>
              <w:jc w:val="center"/>
            </w:pPr>
            <w:r>
              <w:rPr>
                <w:b/>
                <w:sz w:val="20"/>
              </w:rPr>
              <w:t>Ұйымдастырылған іс-әрекеттің міндеттері</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Қыркүйек</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 дене жаттығуларын орындауға қызығушылықтарын ояту;</w:t>
            </w:r>
            <w:r>
              <w:rPr>
                <w:sz w:val="18"/>
              </w:rPr>
              <w:br/>
              <w:t>- негізгі қимыл түрлері: жүру, жүгіру, секіру, лақтыру мен қағып алу, еңбектеу мен өрмелеуді орындаудың қарапайым дағдыларын жетілдіру;</w:t>
            </w:r>
            <w:r>
              <w:rPr>
                <w:sz w:val="18"/>
              </w:rPr>
              <w:br/>
              <w:t>- мәдени-гигиеналық дағдыларды қалыптастыру;</w:t>
            </w:r>
            <w:r>
              <w:rPr>
                <w:sz w:val="18"/>
              </w:rPr>
              <w:br/>
              <w:t>- қимылдарды белсенді орындауды дамыту және қимылдарды үйлестіру, дене жаттығуларына қызығушылыққа баулу;</w:t>
            </w:r>
            <w:r>
              <w:rPr>
                <w:sz w:val="18"/>
              </w:rPr>
              <w:br/>
              <w:t>- денсаулықты нығайтуға ықпал ететін дене сапаларын: ептілік пен шапшаңдықты дамыту;</w:t>
            </w:r>
            <w:r>
              <w:rPr>
                <w:sz w:val="18"/>
              </w:rPr>
              <w:br/>
              <w:t>- құрдастарымен қимылды ойындарды бірге ойнауға, өзара оң қарымқатынас жасауға баулу;</w:t>
            </w:r>
            <w:r>
              <w:rPr>
                <w:sz w:val="18"/>
              </w:rPr>
              <w:br/>
              <w:t>- дене жаттығуларын орындауға қызығушылықтарын ояту;</w:t>
            </w:r>
            <w:r>
              <w:rPr>
                <w:sz w:val="18"/>
              </w:rPr>
              <w:br/>
              <w:t>- негізгі қимыл түрлері: жүру, жүгіру, секіру, лақтыру мен қағып алу, еңбектеу мен өрмелеуді орындаудың қарапайым дағдыларын жетілдіру;</w:t>
            </w:r>
            <w:r>
              <w:rPr>
                <w:sz w:val="18"/>
              </w:rPr>
              <w:br/>
              <w:t>- мәдени-гигиеналық дағдыларды қалыптастыру;</w:t>
            </w:r>
            <w:r>
              <w:rPr>
                <w:sz w:val="18"/>
              </w:rPr>
              <w:br/>
              <w:t>- қимылдарды белсенді орындауды дамыту және қимылдарды үйлестіру, дене жаттығуларына қызығушылыққа баулу;</w:t>
            </w:r>
            <w:r>
              <w:rPr>
                <w:sz w:val="18"/>
              </w:rPr>
              <w:br/>
              <w:t>- денсаулықты нығайтуға ықпал ететін дене сапаларын: ептілік пен шапшаңдықты дамыту;</w:t>
            </w:r>
            <w:r>
              <w:rPr>
                <w:sz w:val="18"/>
              </w:rPr>
              <w:br/>
              <w:t>- құрдастарымен қимылды ойындарды бірге ойнауға, өзара оң қарымқатынас жасауға баулу;</w:t>
            </w:r>
            <w:r>
              <w:rPr>
                <w:sz w:val="18"/>
              </w:rPr>
              <w:br/>
              <w:t xml:space="preserve">Сапқа тұру, қайта сапқа тұру. Бірінің артынан бірі сапқа тұру, шеңберге тұру. </w:t>
            </w:r>
            <w:r>
              <w:rPr>
                <w:sz w:val="18"/>
              </w:rPr>
              <w:br/>
              <w:t>Негізгі қимылдар.</w:t>
            </w:r>
            <w:r>
              <w:rPr>
                <w:sz w:val="18"/>
              </w:rPr>
              <w:br/>
              <w:t>Жүру. Бірқалыпты, аяқтың ұшымен, тізені жоғары көтеріп, сапта бір-бірден; әртүрлі бағытта: тура, шеңбер бойымен, шашырап, тапсырмаларды орындай отырып жүру.</w:t>
            </w:r>
            <w:r>
              <w:rPr>
                <w:sz w:val="18"/>
              </w:rPr>
              <w:br/>
              <w:t>Тепе-теңдікті сақтау. Тепе-теңдікті сақтай отырып, көлбеу тақтай (20-30 сантиметр) бойымен жүру, тура жолмен жүру.</w:t>
            </w:r>
            <w:r>
              <w:rPr>
                <w:sz w:val="18"/>
              </w:rPr>
              <w:b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r>
              <w:rPr>
                <w:sz w:val="18"/>
              </w:rPr>
              <w:br/>
              <w:t xml:space="preserve">Заттарды оң және сол қолмен қашықтыққа лақтыру (2,5-5 метр қашықтық), төменнен екі қолмен көлденең нысанаға, аяқтарын алшақ қойып, отырып, 1,5–2 метр қашықтықтан допты бір-біріне дамалату. </w:t>
            </w:r>
            <w:r>
              <w:rPr>
                <w:sz w:val="18"/>
              </w:rPr>
              <w:br/>
              <w:t>Еңбектеу, өрмелеу. 4-6 метр қашықтыққа тура бағытта еңбектеу.</w:t>
            </w:r>
            <w:r>
              <w:rPr>
                <w:sz w:val="18"/>
              </w:rPr>
              <w:br/>
              <w:t>Жалпы дамытушы жаттығулар.</w:t>
            </w:r>
            <w:r>
              <w:rPr>
                <w:sz w:val="18"/>
              </w:rPr>
              <w:br/>
              <w:t>Қол және иық белдеуіне арналған жаттығулар:</w:t>
            </w:r>
            <w:r>
              <w:rPr>
                <w:sz w:val="18"/>
              </w:rPr>
              <w:br/>
              <w:t>- қолды жоғары, алға, жан-жаққа көтеру және түсіру (бірге немесе кезекпен);</w:t>
            </w:r>
            <w:r>
              <w:rPr>
                <w:sz w:val="18"/>
              </w:rPr>
              <w:br/>
              <w:t>- заттарды бір қолынан екінші қолына салу, алдына, артқа апару, басынан жоғары көтеру;</w:t>
            </w:r>
            <w:r>
              <w:rPr>
                <w:sz w:val="18"/>
              </w:rPr>
              <w:br/>
              <w:t>- қолдарын алдына немесе басынан жоғары, артына апарып шапалақтау;</w:t>
            </w:r>
            <w:r>
              <w:rPr>
                <w:sz w:val="18"/>
              </w:rPr>
              <w:br/>
              <w:t>- қолды алға, жан-жаққа созу, алақандарын жоғары қарату, қолды көтеру, түсіру, саусақтарды қозғалту, қол саусақтарын жұму және ашу.</w:t>
            </w:r>
            <w:r>
              <w:rPr>
                <w:sz w:val="18"/>
              </w:rPr>
              <w:br/>
              <w:t>Дербес қимыл белсенділігі.</w:t>
            </w:r>
            <w:r>
              <w:rPr>
                <w:sz w:val="18"/>
              </w:rPr>
              <w:b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r>
              <w:rPr>
                <w:sz w:val="18"/>
              </w:rPr>
              <w:br/>
            </w:r>
            <w:r>
              <w:rPr>
                <w:sz w:val="18"/>
              </w:rPr>
              <w:lastRenderedPageBreak/>
              <w:t>Мәдени-гигиеналық дағдыларды қалыптастыру.</w:t>
            </w:r>
            <w:r>
              <w:rPr>
                <w:sz w:val="18"/>
              </w:rPr>
              <w:b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lastRenderedPageBreak/>
              <w:t>Қазан</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 xml:space="preserve">Сапқа тұру, қайта сапқа тұру. Бірінің артынан бірі сапқа тұру, бір-бірінің жанына сапқа тұру, шеңберге тұру (көзбен бағдарлау бойынша). </w:t>
            </w:r>
            <w:r>
              <w:rPr>
                <w:sz w:val="18"/>
              </w:rPr>
              <w:br/>
              <w:t>Негізгі қимылдар.</w:t>
            </w:r>
            <w:r>
              <w:rPr>
                <w:sz w:val="18"/>
              </w:rPr>
              <w:br/>
              <w:t>Жүру. Бірқалыпты, аяқтың ұшымен, тізені жоғары көтеріп, сапта бір-бірден, екеуден (жұппен) жүру; әртүрлі бағытта: тура, шеңбер бойымен, шашырап, тапсырмаларды орындай отырып жүру.</w:t>
            </w:r>
            <w:r>
              <w:rPr>
                <w:sz w:val="18"/>
              </w:rPr>
              <w:br/>
              <w:t>Тепе-теңдікті сақтау. Тепе-теңдікті сақтай отырып, көлбеу тақтай (20-30 сантиметр), арқан бойымен жүру, тура жолмен жүру.</w:t>
            </w:r>
            <w:r>
              <w:rPr>
                <w:sz w:val="18"/>
              </w:rPr>
              <w:b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r>
              <w:rPr>
                <w:sz w:val="18"/>
              </w:rPr>
              <w:br/>
              <w:t>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аяқтарын алшақ қойып, домалату.</w:t>
            </w:r>
            <w:r>
              <w:rPr>
                <w:sz w:val="18"/>
              </w:rPr>
              <w:br/>
              <w:t>Секіру. Тұрған орнында қос аяқпен, 2-3 метр қашықтыққа алға қарай жылжып секіру.</w:t>
            </w:r>
            <w:r>
              <w:rPr>
                <w:sz w:val="18"/>
              </w:rPr>
              <w:br/>
              <w:t>Жалпы дамытушы жаттығулар.</w:t>
            </w:r>
            <w:r>
              <w:rPr>
                <w:sz w:val="18"/>
              </w:rPr>
              <w:br/>
              <w:t>Қол және иық белдеуіне арналған жаттығулар:</w:t>
            </w:r>
            <w:r>
              <w:rPr>
                <w:sz w:val="18"/>
              </w:rPr>
              <w:br/>
              <w:t>- қолды жоғары, алға, жан-жаққа көтеру және түсіру (бірге немесе кезекпен);</w:t>
            </w:r>
            <w:r>
              <w:rPr>
                <w:sz w:val="18"/>
              </w:rPr>
              <w:br/>
              <w:t>- заттарды бір қолынан екінші қолына салу, алдына, артқа апару, басынан жоғары көтеру;</w:t>
            </w:r>
            <w:r>
              <w:rPr>
                <w:sz w:val="18"/>
              </w:rPr>
              <w:br/>
              <w:t>- қолдарын алдына немесе басынан жоғары, артына апарып шапалақтау;</w:t>
            </w:r>
            <w:r>
              <w:rPr>
                <w:sz w:val="18"/>
              </w:rPr>
              <w:br/>
              <w:t>- қолды алға, жан-жаққа созу, алақандарын жоғары қарату, қолды көтеру, түсіру, саусақтарды қозғалту, қол саусақтарын жұму және ашу.</w:t>
            </w:r>
            <w:r>
              <w:rPr>
                <w:sz w:val="18"/>
              </w:rPr>
              <w:br/>
              <w:t>Дербес қимыл белсенділігі.</w:t>
            </w:r>
            <w:r>
              <w:rPr>
                <w:sz w:val="18"/>
              </w:rPr>
              <w:b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r>
              <w:rPr>
                <w:sz w:val="18"/>
              </w:rPr>
              <w:br/>
              <w:t>Мәдени-гигиеналық дағдыларды қалыптастыру.</w:t>
            </w:r>
            <w:r>
              <w:rPr>
                <w:sz w:val="18"/>
              </w:rPr>
              <w:b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r>
              <w:rPr>
                <w:sz w:val="18"/>
              </w:rPr>
              <w:b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Қараша</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 xml:space="preserve">Сапқа тұру, қайта сапқа тұру. Бірінің артынан бірі сапқа тұру, бір-бірінің жанына сапқа тұру, шеңберге тұру (көзбен бағдарлау бойынша). </w:t>
            </w:r>
            <w:r>
              <w:rPr>
                <w:sz w:val="18"/>
              </w:rPr>
              <w:br/>
              <w:t>Негізгі қимылдар.</w:t>
            </w:r>
            <w:r>
              <w:rPr>
                <w:sz w:val="18"/>
              </w:rPr>
              <w:br/>
              <w:t>Жүру. Бірқалыпты, аяқтың ұшымен, тізені жоғары көтеріп, сапта бір-бірден; әртүрлі бағытта: тура, шеңбер бойымен, "жыланша", шашырап, тапсырмаларды орындай отырып жүру, еденге қойылған заттардан аттап жүру.</w:t>
            </w:r>
            <w:r>
              <w:rPr>
                <w:sz w:val="18"/>
              </w:rPr>
              <w:br/>
              <w:t>Тепе-теңдікті сақтау. Тепе-теңдікті сақтай отырып, бір қырымен қосалқы қадаммен көлбеу тақтай (20-30 сантиметр), тура жолмен.</w:t>
            </w:r>
            <w:r>
              <w:rPr>
                <w:sz w:val="18"/>
              </w:rPr>
              <w:br/>
              <w:t>Жүгіру. Бірқалыпты, аяқтың ұшымен, сапта бір-бірден, алаңның бір жағынан екінші жағына, әр түрлі бағытта: тура, шеңбер бойымен, "жыланша", шашырап жүгіру.</w:t>
            </w:r>
            <w:r>
              <w:rPr>
                <w:sz w:val="18"/>
              </w:rPr>
              <w:br/>
              <w:t>Заттарды оң және сол қолмен қашықтыққа лақтыру (2,5-5 метр қашықтық), көлденең нысанаға, оң және сол қолмен тік нысанаға (нысана биіктігі-1,2 метр) лақтыру (1-1,5 метр қашықтық), 1,5–2 метр қашықтықтан допты қақпаға домалату. Допты жоғары лақтыру, төмен - еденге (жерге) соғу, қағып алу.</w:t>
            </w:r>
            <w:r>
              <w:rPr>
                <w:sz w:val="18"/>
              </w:rPr>
              <w:br/>
              <w:t>Еңбектеу, өрмелеу: тура бағытта, заттарды айналып және заттардың арасымен еңбектеу, арқанның, доғаның астымен (биіктігі 40 сантиметр) еңбектеу; саты бойымен өрмелеу.</w:t>
            </w:r>
            <w:r>
              <w:rPr>
                <w:sz w:val="18"/>
              </w:rPr>
              <w:br/>
              <w:t>Секіру. Тұрған орнында қос аяқпен, 2-3 метр қашықтыққа алға қарай жылжып, құрсаудан құрсауға, заттарды айналып және заттардың арасымен секіру, ілініп тұрған затқа қолды тигізіп, тұрған орнынан жоғары секіру.</w:t>
            </w:r>
            <w:r>
              <w:rPr>
                <w:sz w:val="18"/>
              </w:rPr>
              <w:br/>
              <w:t>Жалпы дамытушы жаттығулар.</w:t>
            </w:r>
            <w:r>
              <w:rPr>
                <w:sz w:val="18"/>
              </w:rPr>
              <w:br/>
              <w:t>Қол және иық белдеуіне арналған жаттығулар:</w:t>
            </w:r>
            <w:r>
              <w:rPr>
                <w:sz w:val="18"/>
              </w:rPr>
              <w:br/>
              <w:t>- қолды жоғары, алға, жан-жаққа көтеру және түсіру (бірге немесе кезекпен);</w:t>
            </w:r>
            <w:r>
              <w:rPr>
                <w:sz w:val="18"/>
              </w:rPr>
              <w:br/>
              <w:t>- заттарды бір қолынан екінші қолына салу, алдына, артқа апару, басынан жоғары көтеру;</w:t>
            </w:r>
            <w:r>
              <w:rPr>
                <w:sz w:val="18"/>
              </w:rPr>
              <w:br/>
              <w:t>- қолдарын алдына немесе басынан жоғары, артына апарып шапалақтау;</w:t>
            </w:r>
            <w:r>
              <w:rPr>
                <w:sz w:val="18"/>
              </w:rPr>
              <w:br/>
              <w:t>- қолды алға, жан-жаққа созу, алақандарын жоғары қарату, қолды көтеру, түсіру, саусақтарды қозғалту, қол саусақтарын жұму және ашу.</w:t>
            </w:r>
            <w:r>
              <w:rPr>
                <w:sz w:val="18"/>
              </w:rPr>
              <w:br/>
              <w:t>Дербес қимыл белсенділігі.</w:t>
            </w:r>
            <w:r>
              <w:rPr>
                <w:sz w:val="18"/>
              </w:rPr>
              <w:b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r>
              <w:rPr>
                <w:sz w:val="18"/>
              </w:rPr>
              <w:br/>
              <w:t>Мәдени-гигиеналық дағдыларды қалыптастыру.</w:t>
            </w:r>
            <w:r>
              <w:rPr>
                <w:sz w:val="18"/>
              </w:rPr>
              <w:br/>
              <w:t>Мәдени-гигиеналық дағдыларды жетілдіру, тамақтану, жуыну кезінде қарапайым мінез-құлық дағдыларын қалыптастыру.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r>
              <w:rPr>
                <w:sz w:val="18"/>
              </w:rPr>
              <w:b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Желтоқсан</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r>
              <w:rPr>
                <w:sz w:val="18"/>
              </w:rPr>
              <w:br/>
              <w:t>Негізгі қимылдар.</w:t>
            </w:r>
            <w:r>
              <w:rPr>
                <w:sz w:val="18"/>
              </w:rPr>
              <w:b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арақашықты сақтап, жүру бағытын өзгертңп, жұру.</w:t>
            </w:r>
            <w:r>
              <w:rPr>
                <w:sz w:val="18"/>
              </w:rPr>
              <w:br/>
              <w:t>Тепе-теңдікті сақтау. Тепе-теңдікті сақтай отырып, көлбеу тақтай (20-30 сантиметр), тура жолмен жүру.</w:t>
            </w:r>
            <w:r>
              <w:rPr>
                <w:sz w:val="18"/>
              </w:rPr>
              <w:br/>
              <w:t>Жүгіру. Бірқалыпты, аяқтың ұшымен, сапта бір-бірден, алаңның бір жағынан екінші жағына, әр түрлі бағытта: тура, шеңбер бойымен, "жыланша", шашырап жүгіру.</w:t>
            </w:r>
            <w:r>
              <w:rPr>
                <w:sz w:val="18"/>
              </w:rPr>
              <w:br/>
              <w:t>Заттарды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допты бір-біріне, қақпаға домалату. Допты төмен - еденге (жерге) соғу, қағып алу.</w:t>
            </w:r>
            <w:r>
              <w:rPr>
                <w:sz w:val="18"/>
              </w:rPr>
              <w:br/>
              <w:t>Еңбектеу, өрмелеу. 4-6 метр қашықтыққа тура бағытта, доғаның астымен, таяқтың астынан (биіктігі 40 сантиметр) еңбектеу.</w:t>
            </w:r>
            <w:r>
              <w:rPr>
                <w:sz w:val="18"/>
              </w:rPr>
              <w:br/>
              <w:t>Секіру. Тұрған орнында қос аяқпен, 2-3 метр қашықтыққа алға қарай жылжып, тұрған орнынан жоғары секіру.</w:t>
            </w:r>
            <w:r>
              <w:rPr>
                <w:sz w:val="18"/>
              </w:rPr>
              <w:br/>
              <w:t>Жалпы дамытушы жаттығулар.</w:t>
            </w:r>
            <w:r>
              <w:rPr>
                <w:sz w:val="18"/>
              </w:rPr>
              <w:br/>
              <w:t>Кеудеге арналған жаттығулар:</w:t>
            </w:r>
            <w:r>
              <w:rPr>
                <w:sz w:val="18"/>
              </w:rPr>
              <w:br/>
              <w:t>- допты бір-біріне басынан жоғары (артқа және алға) беру, жан-жаққа (солға- оңға) бұрылу;</w:t>
            </w:r>
            <w:r>
              <w:rPr>
                <w:sz w:val="18"/>
              </w:rPr>
              <w:br/>
              <w:t>- солға, оңға бұрылу (отырған қалыпта);</w:t>
            </w:r>
            <w:r>
              <w:rPr>
                <w:sz w:val="18"/>
              </w:rPr>
              <w:br/>
              <w:t>- аяқты көтеру және түсіру, аяқтарды қозғалту (шалқасынан жатқан қалыпта);</w:t>
            </w:r>
            <w:r>
              <w:rPr>
                <w:sz w:val="18"/>
              </w:rPr>
              <w:b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r>
              <w:rPr>
                <w:sz w:val="18"/>
              </w:rPr>
              <w:br/>
              <w:t>Дербес қимыл белсенділігі.</w:t>
            </w:r>
            <w:r>
              <w:rPr>
                <w:sz w:val="18"/>
              </w:rPr>
              <w:b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r>
              <w:rPr>
                <w:sz w:val="18"/>
              </w:rPr>
              <w:br/>
              <w:t>Спорттық жаттығулар.</w:t>
            </w:r>
            <w:r>
              <w:rPr>
                <w:sz w:val="18"/>
              </w:rPr>
              <w:br/>
              <w:t>Шанамен сырғанау. Шанамен бір-бірін сырғанату; биік емес төбеден сырғанау.</w:t>
            </w:r>
            <w:r>
              <w:rPr>
                <w:sz w:val="18"/>
              </w:rPr>
              <w:br/>
              <w:t>Мәдени-гигиеналық дағдыларды қалыптастыру.</w:t>
            </w:r>
            <w:r>
              <w:rPr>
                <w:sz w:val="18"/>
              </w:rPr>
              <w:br/>
              <w:t>Мәдени-гигиеналық дағдыларды жетілдіру, тамақтану, жуыну кезінде қарапайым мінез-құлық дағдыларын қалыптастыру.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r>
              <w:rPr>
                <w:sz w:val="18"/>
              </w:rPr>
              <w:b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Қаңтар</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r>
              <w:rPr>
                <w:sz w:val="18"/>
              </w:rPr>
              <w:br/>
              <w:t>Негізгі қимылдар.</w:t>
            </w:r>
            <w:r>
              <w:rPr>
                <w:sz w:val="18"/>
              </w:rPr>
              <w:br/>
              <w:t>Жүру. Бірқалыпты, аяқтың ұшымен, тізені жоғары көтеріп, сапта бір-бірден жүру; әртүрлі бағытта: тура, шеңбер бойымен, "жыланша", шашырап, бүйірлеп жылжып жүру.</w:t>
            </w:r>
            <w:r>
              <w:rPr>
                <w:sz w:val="18"/>
              </w:rPr>
              <w:br/>
              <w:t>Тепе-теңдікті сақтау. Тепе-теңдікті сақтай отырып, арқан бойымен жүру, тура жолмен жүру.</w:t>
            </w:r>
            <w:r>
              <w:rPr>
                <w:sz w:val="18"/>
              </w:rPr>
              <w:br/>
              <w:t>Жүгіру. Бірқалыпты, аяқтың ұшымен, сапта бір-бірден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r>
              <w:rPr>
                <w:sz w:val="18"/>
              </w:rPr>
              <w:br/>
              <w:t>Домалату, лақтыру, қағып алу. Заттарды оң және сол қолмен қашықтыққа лақтыру,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w:t>
            </w:r>
            <w:r>
              <w:rPr>
                <w:sz w:val="18"/>
              </w:rPr>
              <w:br/>
              <w:t>Еңбектеу, өрмелеу. 4-6 метр қашықтыққа тура бағытта, заттардың арасымен еңбектеу,  доғаның астымен (биіктігі 40 сантиметр), құрсауға еңбектеу.</w:t>
            </w:r>
            <w:r>
              <w:rPr>
                <w:sz w:val="18"/>
              </w:rPr>
              <w:br/>
              <w:t>Секіру. Тұрған орнында қос аяқпен, 2-3 метр қашықтыққа алға қарай жылжып, тұрған орнынан жоғары секіру,  тұрған орнынан ұзындыққа секіру.</w:t>
            </w:r>
            <w:r>
              <w:rPr>
                <w:sz w:val="18"/>
              </w:rPr>
              <w:br/>
              <w:t>Жалпы дамытушы жаттығулар.</w:t>
            </w:r>
            <w:r>
              <w:rPr>
                <w:sz w:val="18"/>
              </w:rPr>
              <w:br/>
              <w:t>Кеудеге арналған жаттығулар:</w:t>
            </w:r>
            <w:r>
              <w:rPr>
                <w:sz w:val="18"/>
              </w:rPr>
              <w:br/>
              <w:t>- допты бір-біріне басынан жоғары (артқа және алға) беру, жан-жаққа (солға- оңға) бұрылу;</w:t>
            </w:r>
            <w:r>
              <w:rPr>
                <w:sz w:val="18"/>
              </w:rPr>
              <w:br/>
              <w:t>- солға, оңға бұрылу (отырған қалыпта);</w:t>
            </w:r>
            <w:r>
              <w:rPr>
                <w:sz w:val="18"/>
              </w:rPr>
              <w:br/>
              <w:t>- аяқты көтеру және түсіру, аяқтарды қозғалту (шалқасынан жатқан қалыпта);</w:t>
            </w:r>
            <w:r>
              <w:rPr>
                <w:sz w:val="18"/>
              </w:rPr>
              <w:b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r>
              <w:rPr>
                <w:sz w:val="18"/>
              </w:rPr>
              <w:br/>
              <w:t>Дербес қимыл белсенділігі.</w:t>
            </w:r>
            <w:r>
              <w:rPr>
                <w:sz w:val="18"/>
              </w:rPr>
              <w:b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r>
              <w:rPr>
                <w:sz w:val="18"/>
              </w:rPr>
              <w:br/>
              <w:t>Спорттық жаттығулар.</w:t>
            </w:r>
            <w:r>
              <w:rPr>
                <w:sz w:val="18"/>
              </w:rPr>
              <w:br/>
              <w:t>Шанамен сырғанау. Шанамен бір-бірін сырғанату; биік емес төбеден сырғанау.</w:t>
            </w:r>
            <w:r>
              <w:rPr>
                <w:sz w:val="18"/>
              </w:rPr>
              <w:br/>
              <w:t>Мәдени-гигиеналық дағдыларды қалыптастыру.</w:t>
            </w:r>
            <w:r>
              <w:rPr>
                <w:sz w:val="18"/>
              </w:rPr>
              <w:br/>
              <w:t>Мәдени-гигиеналық дағдыларды жетілдіру, тамақтану, жуыну кезінде қарапайым мінез-құлық дағдыларын қалыптастыру.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r>
              <w:rPr>
                <w:sz w:val="18"/>
              </w:rPr>
              <w:b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Ақпан</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r>
              <w:rPr>
                <w:sz w:val="18"/>
              </w:rPr>
              <w:br/>
              <w:t>Негізгі қимылдар.</w:t>
            </w:r>
            <w:r>
              <w:rPr>
                <w:sz w:val="18"/>
              </w:rPr>
              <w:br/>
              <w:t>Жүру. Бірқалыпты, аяқтың ұшымен, тізені жоғары көтеріп, сапта бір-бірден; әртүрлі бағытта: тура, шеңбер бойымен, "жыланша", шашырап, тапсырмаларды орындай отырып жүру: еденге қойылған заттардан аттап жүру, бүйірлеп жылжып жүру.</w:t>
            </w:r>
            <w:r>
              <w:rPr>
                <w:sz w:val="18"/>
              </w:rPr>
              <w:br/>
              <w:t>Тепе-теңдікті сақтау. Тепе-теңдікті сақтай отырып, тура жолмен жүру.</w:t>
            </w:r>
            <w:r>
              <w:rPr>
                <w:sz w:val="18"/>
              </w:rPr>
              <w:br/>
              <w:t>Жүгіру. Бірқалыпты, аяқтың ұшымен, сапта бір-бірден, алаңның бір жағынан екінші жағына, әр түрлі бағытта белгілі бір тапсырмаларды орындау арқылы: белгі бойынша көрсетілген жерге жүгіру; қарқынды өзгертіп, жылдам жүгіру.</w:t>
            </w:r>
            <w:r>
              <w:rPr>
                <w:sz w:val="18"/>
              </w:rPr>
              <w:br/>
              <w:t>Заттарды оң және сол қолмен қашықтыққа лақтыру, төменнен екі қолмен көлденең нысанаға,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w:t>
            </w:r>
            <w:r>
              <w:rPr>
                <w:sz w:val="18"/>
              </w:rPr>
              <w:br/>
              <w:t>Еңбектеу, өрмелеу. 4-6 метр қашықтыққа тура бағытта, заттарды айналып және заттардың арасымен еңбектеу, еденге қойылған тақтай бойымен, құрсаудан, доғаның астымен (биіктігі 40 сантиметр) еңбектеу; гимнастикалық қабырғаға өрмелеу және одан түсу (биіктігі 1,5 метр).</w:t>
            </w:r>
            <w:r>
              <w:rPr>
                <w:sz w:val="18"/>
              </w:rPr>
              <w:br/>
              <w:t>Секіру. Тұрған орнында қос аяқпен, 2-3 метр қашықтыққа алға қарай жылжып, тұрған орнынан аяқтан аяққа түсіп секіру.</w:t>
            </w:r>
            <w:r>
              <w:rPr>
                <w:sz w:val="18"/>
              </w:rPr>
              <w:br/>
              <w:t>Жалпы дамытушы жаттығулар.</w:t>
            </w:r>
            <w:r>
              <w:rPr>
                <w:sz w:val="18"/>
              </w:rPr>
              <w:br/>
              <w:t>Кеудеге арналған жаттығулар:</w:t>
            </w:r>
            <w:r>
              <w:rPr>
                <w:sz w:val="18"/>
              </w:rPr>
              <w:br/>
              <w:t>- допты бір-біріне басынан жоғары (артқа және алға) беру, жан-жаққа (солға- оңға) бұрылу;</w:t>
            </w:r>
            <w:r>
              <w:rPr>
                <w:sz w:val="18"/>
              </w:rPr>
              <w:br/>
              <w:t>- солға, оңға бұрылу (отырған қалыпта);</w:t>
            </w:r>
            <w:r>
              <w:rPr>
                <w:sz w:val="18"/>
              </w:rPr>
              <w:br/>
              <w:t>- аяқты көтеру және түсіру, аяқтарды қозғалту (шалқасынан жатқан қалыпта);</w:t>
            </w:r>
            <w:r>
              <w:rPr>
                <w:sz w:val="18"/>
              </w:rPr>
              <w:b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r>
              <w:rPr>
                <w:sz w:val="18"/>
              </w:rPr>
              <w:br/>
              <w:t>Спорттық жаттығулар.</w:t>
            </w:r>
            <w:r>
              <w:rPr>
                <w:sz w:val="18"/>
              </w:rPr>
              <w:br/>
              <w:t>Шанамен сырғанау. Шанамен бір-бірін сырғанату; биік емес төбеден сырғанау.</w:t>
            </w:r>
            <w:r>
              <w:rPr>
                <w:sz w:val="18"/>
              </w:rPr>
              <w:br/>
              <w:t>Мәдени-гигиеналық дағдыларды қалыптастыру.</w:t>
            </w:r>
            <w:r>
              <w:rPr>
                <w:sz w:val="18"/>
              </w:rPr>
              <w:br/>
              <w:t>Мәдени-гигиеналық дағдыларды жетілдіру, тамақтану, жуыну кезінде қарапайым мінез-құлық дағдыларын қалыптастыру.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ажыСан. «Көп», «біреу» ұғымдары туралы түсініктерін қалыптастыру, заттардың санын ажыратуға үйрету: «көп – біреу» («Тұрғындарды «Көп» және «Біреу» деген екі үйге орналастыр»), біртекті заттарды топтастыру және олардың ішінен біреуін бөліп көрсету, қоршаған ортадан бір немесе бірнеше бірдей затты табу, «Қанша? Неше?» деген сұрақтарға жауап беру.</w:t>
            </w:r>
            <w:r>
              <w:rPr>
                <w:sz w:val="18"/>
              </w:rPr>
              <w:br/>
              <w:t>Заттарды салыстыру. Заттарды қосу немесе заттар тобынан заттарды алу арқылы тең және тең емес заттар тобын салыстыру, «Тең бе?», «Қайсысы артық (кем)?» деген сұрақтарға жауап беру.</w:t>
            </w:r>
            <w:r>
              <w:rPr>
                <w:sz w:val="18"/>
              </w:rPr>
              <w:br/>
              <w:t>«Марғаулар жіптермен ойнағысы келеді», «Тәрелкелер мен қасықтар», «Кезекші болайық», «Салатқа не саламыз?», «Алмаларды бөліп алайық».</w:t>
            </w:r>
            <w:r>
              <w:rPr>
                <w:sz w:val="18"/>
              </w:rPr>
              <w:br/>
              <w:t>Шама. Өлшемдері қарама-қарсы және бірдей заттарды салыстыру, заттарды шаманың берілген белгісі (ұзындығы, ені, биіктігі, жалпы шамасы) бойынша бір затты екінші затпен салыстыру арқылы салыстыру. Салыстыру нәтижелерін ұзындығы бойынша белгілеу: ұзын – қысқа, бірдей, тең («Ұзындығы бірдей таспаларды табайық»); жалпы шамасы бойынша: үлкен – кіші («Шамасы бірдей жұпты тап»).</w:t>
            </w:r>
            <w:r>
              <w:rPr>
                <w:sz w:val="18"/>
              </w:rPr>
              <w:br/>
              <w:t>Геометриялық фигуралар. Балаларды геометриялық фигуралармен: үшбұрыш, шаршы, дөңгелекпен таныстыру, аталған фигураларды сипап сезу және көру арқылы зерттеуге мүмкіндік беру («Ғажайып қапшық» (геометриялық фигуралар)).</w:t>
            </w:r>
            <w:r>
              <w:rPr>
                <w:sz w:val="18"/>
              </w:rPr>
              <w:br/>
              <w:t>Кеңістікті бағдарлау. Өз дене мүшелерінің орналасуын бағдарлау және өзіне жақын кеңістіктегі бағыттарды анықтау: жоғарыда – төменде, алдында – артында, оң жақта – сол жақта («Естігеніңді орында», «Кезекші болайық», «Үстелді дайындайық»).</w:t>
            </w:r>
            <w:r>
              <w:rPr>
                <w:sz w:val="18"/>
              </w:rPr>
              <w:br/>
              <w:t>Уақытты бағдарлау. Тәуліктің қарама-қарсы бөліктерін ажырата білу: күндіз – түнде, таңертең – кешке («Мишутканың бір күні»).</w:t>
            </w:r>
            <w:r>
              <w:rPr>
                <w:sz w:val="18"/>
              </w:rPr>
              <w:br/>
              <w:t>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Наурыз</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r>
              <w:rPr>
                <w:sz w:val="18"/>
              </w:rPr>
              <w:br/>
              <w:t>Негізгі қимылдар.</w:t>
            </w:r>
            <w:r>
              <w:rPr>
                <w:sz w:val="18"/>
              </w:rPr>
              <w:b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еденге қойылған заттардан аттап жүру, бүйірлеп жылжып жүру.</w:t>
            </w:r>
            <w:r>
              <w:rPr>
                <w:sz w:val="18"/>
              </w:rPr>
              <w:br/>
              <w:t>Тепе-теңдікті сақтау. Тепе-теңдікті сақтай отырып, арқан бойымен жүру, тура жолмен, тақтайдың бойымен жүру.</w:t>
            </w:r>
            <w:r>
              <w:rPr>
                <w:sz w:val="18"/>
              </w:rPr>
              <w:b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қарқынды өзгертіп, жылдам (10-20 метрге дейін) жүгіру.</w:t>
            </w:r>
            <w:r>
              <w:rPr>
                <w:sz w:val="18"/>
              </w:rPr>
              <w:b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r>
              <w:rPr>
                <w:sz w:val="18"/>
              </w:rPr>
              <w:br/>
              <w:t>Еңбектеу, өрмелеу. 4-6 метр қашықтыққа тура бағытта, заттарды айналып және заттардың арасымен еңбектеу, гимнастикалық қабырғаға өрмелеу және одан түсу (биіктігі 1,5 метр).</w:t>
            </w:r>
            <w:r>
              <w:rPr>
                <w:sz w:val="18"/>
              </w:rPr>
              <w:br/>
              <w:t>Секіру. Тұрған орнында қос аяқпен, 2-3 метр қашықтыққа алға қарай жылжып секіру, 15-20 сантиметр биіктіктен секіру, тұрған орнынан жоғары секіру.</w:t>
            </w:r>
            <w:r>
              <w:rPr>
                <w:sz w:val="18"/>
              </w:rPr>
              <w:br/>
              <w:t>Жалпы дамытушы жаттығулар.</w:t>
            </w:r>
            <w:r>
              <w:rPr>
                <w:sz w:val="18"/>
              </w:rPr>
              <w:br/>
              <w:t>Аяққа арналған жаттығулар:</w:t>
            </w:r>
            <w:r>
              <w:rPr>
                <w:sz w:val="18"/>
              </w:rPr>
              <w:br/>
              <w:t>- аяқтың ұшына көтерілу, аяқты алға қарай қою, аяқты жан-жаққа, артқа қою;</w:t>
            </w:r>
            <w:r>
              <w:rPr>
                <w:sz w:val="18"/>
              </w:rPr>
              <w:br/>
              <w:t>- қолдарды алға созып, жартылай отыру, тізені қолмен ұстап, басты төмен иіп, кезекпен тізені бүгіп, аяқты көтеру;</w:t>
            </w:r>
            <w:r>
              <w:rPr>
                <w:sz w:val="18"/>
              </w:rPr>
              <w:br/>
              <w:t>- отырып құм салынған қапшықтарды аяқтың бақайларымен қысып ұстау, таяқтың, білікшенің (диаметрі 6-8 сантиметр) бойымен қосалқы қадаммен жүру.</w:t>
            </w:r>
            <w:r>
              <w:rPr>
                <w:sz w:val="18"/>
              </w:rPr>
              <w:br/>
              <w:t>Қимылды ойындар</w:t>
            </w:r>
            <w:r>
              <w:rPr>
                <w:sz w:val="18"/>
              </w:rPr>
              <w:b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r>
              <w:rPr>
                <w:sz w:val="18"/>
              </w:rPr>
              <w:br/>
              <w:t>Мәдени-гигиеналық дағдыларды қалыптастыру.</w:t>
            </w:r>
            <w:r>
              <w:rPr>
                <w:sz w:val="18"/>
              </w:rPr>
              <w:br/>
              <w:t>Мәдени-гигиеналық дағдыларды жетілдіру, тамақтану, жуыну кезінде қарапайым мінез-құлық дағдыларын қалыптастыру.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r>
              <w:rPr>
                <w:sz w:val="18"/>
              </w:rPr>
              <w:b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Сәуір</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r>
              <w:rPr>
                <w:sz w:val="18"/>
              </w:rPr>
              <w:br/>
              <w:t>Негізгі қимылдар.</w:t>
            </w:r>
            <w:r>
              <w:rPr>
                <w:sz w:val="18"/>
              </w:rPr>
              <w:br/>
              <w:t>Жүру. Бірқалыпты, аяқтың ұшымен, тізені жоғары көтеріп, сапта бір-бірден, екеуден (жұппен) жүру, тапсырмаларды орындай отырып жүру.</w:t>
            </w:r>
            <w:r>
              <w:rPr>
                <w:sz w:val="18"/>
              </w:rPr>
              <w:br/>
              <w:t>Тепе-теңдікті сақтау. Тепе-теңдікті сақтай отырып, бір қырымен қосалқы қадаммен көлбеу тақтай (20-30 сантиметр), арқан бойымен жүру, тура жолмен жүру.</w:t>
            </w:r>
            <w:r>
              <w:rPr>
                <w:sz w:val="18"/>
              </w:rPr>
              <w:br/>
              <w:t>Жүгіру. Бірқалыпты, аяқтың ұшымен, сапта бір-бірден әр түрлі бағытта: тура, шеңбер бойымен, "жыланша", шашырап жүгіру; белгілі бір тапсырмаларды орындау арқылы жүгіру; қарқынды өзгертіп, жылдам (10-20 метрге дейін), тоқтамай баяу қарқынмен (50-60 секунд ішінде) жүгіру.</w:t>
            </w:r>
            <w:r>
              <w:rPr>
                <w:sz w:val="18"/>
              </w:rPr>
              <w:br/>
              <w:t>Заттарды оң және сол қолмен (1,5–2 метр қашықтықтан) допты кеуде тұсынан лақтыру, оң және сол қолмен тік нысанаға (нысана биіктігі-1,2 метр) лақтыру (1-1,5 метр қашықтық), заттардың арасымен, қақпаға домалату.</w:t>
            </w:r>
            <w:r>
              <w:rPr>
                <w:sz w:val="18"/>
              </w:rPr>
              <w:br/>
              <w:t>Еңбектеу, өрмелеу. Тура бағытта, арқанның, доғаның астымен (биіктігі 40 сантиметр) еңбектеу.</w:t>
            </w:r>
            <w:r>
              <w:rPr>
                <w:sz w:val="18"/>
              </w:rPr>
              <w:br/>
              <w:t>Секіру. Тұрған орнында қос аяқпен, 2-3 метр қашықтыққа алға қарай жылжып, 15-20 сантиметр биіктіктен секіру.</w:t>
            </w:r>
            <w:r>
              <w:rPr>
                <w:sz w:val="18"/>
              </w:rPr>
              <w:br/>
              <w:t>Жалпы дамытушы жаттығулар.</w:t>
            </w:r>
            <w:r>
              <w:rPr>
                <w:sz w:val="18"/>
              </w:rPr>
              <w:br/>
              <w:t>Аяққа арналған жаттығулар:</w:t>
            </w:r>
            <w:r>
              <w:rPr>
                <w:sz w:val="18"/>
              </w:rPr>
              <w:br/>
              <w:t>- аяқтың ұшына көтерілу, аяқты алға қарай қою, аяқты жан-жаққа, артқа қою;</w:t>
            </w:r>
            <w:r>
              <w:rPr>
                <w:sz w:val="18"/>
              </w:rPr>
              <w:br/>
              <w:t>- қолдарды алға созып, жартылай отыру, тізені қолмен ұстап, басты төмен иіп, кезекпен тізені бүгіп, аяқты көтеру;</w:t>
            </w:r>
            <w:r>
              <w:rPr>
                <w:sz w:val="18"/>
              </w:rPr>
              <w:br/>
              <w:t>- отырып құм салынған қапшықтарды аяқтың бақайларымен қысып ұстау, таяқтың, білікшенің (диаметрі 6-8 сантиметр) бойымен қосалқы қадаммен жүру.</w:t>
            </w:r>
            <w:r>
              <w:rPr>
                <w:sz w:val="18"/>
              </w:rPr>
              <w:br/>
              <w:t>Қимылды ойындар</w:t>
            </w:r>
            <w:r>
              <w:rPr>
                <w:sz w:val="18"/>
              </w:rPr>
              <w:b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r>
              <w:rPr>
                <w:sz w:val="18"/>
              </w:rPr>
              <w:br/>
              <w:t>Мәдени-гигиеналық дағдыларды қалыптастыру.</w:t>
            </w:r>
            <w:r>
              <w:rPr>
                <w:sz w:val="18"/>
              </w:rPr>
              <w:br/>
              <w:t>Мәдени-гигиеналық дағдыларды жетілдіру, тамақтану, жуыну кезінде қарапайым мінез-құлық дағдыларын қалыптастыру.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r>
              <w:rPr>
                <w:sz w:val="18"/>
              </w:rPr>
              <w:b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F7DE8">
        <w:trPr>
          <w:jc w:val="center"/>
        </w:trPr>
        <w:tc>
          <w:tcPr>
            <w:tcW w:w="1531"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Мамыр</w:t>
            </w:r>
          </w:p>
        </w:tc>
        <w:tc>
          <w:tcPr>
            <w:tcW w:w="2268"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jc w:val="center"/>
            </w:pPr>
            <w:r>
              <w:rPr>
                <w:sz w:val="18"/>
              </w:rPr>
              <w:t>Дене тәрбиесі</w:t>
            </w:r>
          </w:p>
        </w:tc>
        <w:tc>
          <w:tcPr>
            <w:tcW w:w="6236" w:type="dxa"/>
            <w:tcBorders>
              <w:top w:val="single" w:sz="8" w:space="0" w:color="000000"/>
              <w:left w:val="single" w:sz="8" w:space="0" w:color="000000"/>
              <w:bottom w:val="single" w:sz="8" w:space="0" w:color="000000"/>
              <w:right w:val="single" w:sz="8" w:space="0" w:color="000000"/>
            </w:tcBorders>
          </w:tcPr>
          <w:p w:rsidR="00EF7DE8" w:rsidRDefault="0067671F">
            <w:pPr>
              <w:spacing w:after="0" w:line="240" w:lineRule="auto"/>
            </w:pPr>
            <w:r>
              <w:rPr>
                <w:sz w:val="1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r>
              <w:rPr>
                <w:sz w:val="18"/>
              </w:rPr>
              <w:br/>
              <w:t>Негізгі қимылдар.</w:t>
            </w:r>
            <w:r>
              <w:rPr>
                <w:sz w:val="18"/>
              </w:rPr>
              <w:b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r>
              <w:rPr>
                <w:sz w:val="18"/>
              </w:rPr>
              <w:br/>
              <w:t>Тепе-теңдікті сақтау. Тепе-теңдікті сақтай отырып, бір қырымен қосалқы қадаммен көлбеу тақтай (20-30 сантиметр), арқан бойымен жүру, тура жолмен, қырлы тақтайдың бойымен жүру.</w:t>
            </w:r>
            <w:r>
              <w:rPr>
                <w:sz w:val="18"/>
              </w:rPr>
              <w:br/>
              <w:t>Жүгіру. Бірқалыпты, аяқтың ұшымен, сапта бір-бірден, алаңның бір жағынан екінші жағына, әр түрлі бағытта; белгілі бір тапсырмаларды орындау арқылы жүгіру; қарқынды өзгертіп, жылдам (10-20 метрге дейін), тоқтамай баяу қарқынмен (50-60 секунд ішінде) жүгіру.</w:t>
            </w:r>
            <w:r>
              <w:rPr>
                <w:sz w:val="18"/>
              </w:rPr>
              <w:br/>
              <w:t>Заттарды оң және сол қолмен қашықтыққа лақтыру, оң және сол қолмен (1,5–2 метр қашықтықтан) допты кеуде тұсынан лақтыру, оң және сол қолмен тік нысанаға (нысана биіктігі-1,2 метр) лақтыру (1-1,5 метр қашықтық), қашықтықтан допты бір-біріне, заттардың арасымен, қақпаға домалату. Допты жоғары лақтыру, төмен - еденге (жерге) соғу, қағып алу.</w:t>
            </w:r>
            <w:r>
              <w:rPr>
                <w:sz w:val="18"/>
              </w:rPr>
              <w:br/>
              <w:t>Еңбектеу, өрмелеу. 4-6 метр қашықтыққа тура бағытта, доғаның астымен, гимнастикалық қабырғаға өрмелеу және одан түсу (биіктігі 1,5 метр).</w:t>
            </w:r>
            <w:r>
              <w:rPr>
                <w:sz w:val="18"/>
              </w:rPr>
              <w:b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r>
              <w:rPr>
                <w:sz w:val="18"/>
              </w:rPr>
              <w:br/>
              <w:t>Жалпы дамытушы жаттығулар.</w:t>
            </w:r>
            <w:r>
              <w:rPr>
                <w:sz w:val="18"/>
              </w:rPr>
              <w:br/>
              <w:t>Аяққа арналған жаттығулар:</w:t>
            </w:r>
            <w:r>
              <w:rPr>
                <w:sz w:val="18"/>
              </w:rPr>
              <w:br/>
              <w:t>- аяқтың ұшына көтерілу, аяқты алға қарай қою, аяқты жан-жаққа, артқа қою;</w:t>
            </w:r>
            <w:r>
              <w:rPr>
                <w:sz w:val="18"/>
              </w:rPr>
              <w:br/>
              <w:t>- қолдарды алға созып, жартылай отыру, тізені қолмен ұстап, басты төмен иіп, кезекпен тізені бүгіп, аяқты көтеру;</w:t>
            </w:r>
            <w:r>
              <w:rPr>
                <w:sz w:val="18"/>
              </w:rPr>
              <w:br/>
              <w:t>- отырып құм салынған қапшықтарды аяқтың бақайларымен қысып ұстау, таяқтың, білікшенің (диаметрі 6-8 сантиметр) бойымен қосалқы қадаммен жүру.</w:t>
            </w:r>
            <w:r>
              <w:rPr>
                <w:sz w:val="18"/>
              </w:rPr>
              <w:br/>
              <w:t>Қимылды ойындар</w:t>
            </w:r>
            <w:r>
              <w:rPr>
                <w:sz w:val="18"/>
              </w:rPr>
              <w:b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r>
              <w:rPr>
                <w:sz w:val="18"/>
              </w:rPr>
              <w:br/>
              <w:t>Мәдени-гигиеналық дағдыларды қалыптастыру.</w:t>
            </w:r>
            <w:r>
              <w:rPr>
                <w:sz w:val="18"/>
              </w:rPr>
              <w:b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r>
              <w:rPr>
                <w:sz w:val="18"/>
              </w:rPr>
              <w:br/>
              <w:t>Өзіне-өзі қызмет көрсету дағдылары.</w:t>
            </w:r>
            <w:r>
              <w:rPr>
                <w:sz w:val="18"/>
              </w:rPr>
              <w:b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Pr>
                <w:sz w:val="18"/>
              </w:rPr>
              <w:br/>
              <w:t>Салауатты өмір салты дағдыларын қалыптастыру.</w:t>
            </w:r>
            <w:r>
              <w:rPr>
                <w:sz w:val="18"/>
              </w:rPr>
              <w:b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r>
              <w:rPr>
                <w:sz w:val="18"/>
              </w:rPr>
              <w:br/>
              <w:t>Сауықтыру-шынықтыру шаралары.</w:t>
            </w:r>
            <w:r>
              <w:rPr>
                <w:sz w:val="18"/>
              </w:rPr>
              <w:b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r>
              <w:rPr>
                <w:sz w:val="18"/>
              </w:rPr>
              <w:b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bl>
    <w:p w:rsidR="00EF7DE8" w:rsidRDefault="0067671F">
      <w:pPr>
        <w:jc w:val="right"/>
      </w:pPr>
      <w:r>
        <w:rPr>
          <w:sz w:val="20"/>
        </w:rPr>
        <w:t>Тәрбиеші: Джагипарова М.М</w:t>
      </w:r>
    </w:p>
    <w:sectPr w:rsidR="00EF7DE8" w:rsidSect="00034616">
      <w:pgSz w:w="11909" w:h="16834"/>
      <w:pgMar w:top="1440" w:right="1440" w:bottom="1440" w:left="113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A1C9B"/>
    <w:rsid w:val="00326F90"/>
    <w:rsid w:val="0067671F"/>
    <w:rsid w:val="006B3B18"/>
    <w:rsid w:val="009C34E5"/>
    <w:rsid w:val="00AA1D8D"/>
    <w:rsid w:val="00AD1401"/>
    <w:rsid w:val="00B47730"/>
    <w:rsid w:val="00CB0664"/>
    <w:rsid w:val="00D97B83"/>
    <w:rsid w:val="00EF7DE8"/>
    <w:rsid w:val="00FC6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69FCCDC-D7BF-46CF-AEFD-D24462128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2A1C9B"/>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710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3EDFC-F54F-4811-B78C-49B29EBA6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5813</Words>
  <Characters>33139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зантик</cp:lastModifiedBy>
  <cp:revision>2</cp:revision>
  <dcterms:created xsi:type="dcterms:W3CDTF">2026-10-06T20:44:00Z</dcterms:created>
  <dcterms:modified xsi:type="dcterms:W3CDTF">2026-10-06T20:44:00Z</dcterms:modified>
</cp:coreProperties>
</file>