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82716" w14:textId="6147E9C9" w:rsidR="00E22B5F" w:rsidRPr="00513A94" w:rsidRDefault="00367A82" w:rsidP="0002486B">
      <w:pPr>
        <w:jc w:val="center"/>
        <w:rPr>
          <w:rStyle w:val="af6"/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513A94">
        <w:rPr>
          <w:rStyle w:val="af6"/>
          <w:rFonts w:ascii="Times New Roman" w:hAnsi="Times New Roman" w:cs="Times New Roman"/>
          <w:color w:val="auto"/>
          <w:sz w:val="28"/>
          <w:szCs w:val="28"/>
          <w:lang w:val="ru-RU"/>
        </w:rPr>
        <w:t>Фотоотчёт о достижениях</w:t>
      </w:r>
      <w:r w:rsidR="00513A94">
        <w:rPr>
          <w:rStyle w:val="af6"/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084F11">
        <w:rPr>
          <w:rStyle w:val="af6"/>
          <w:rFonts w:ascii="Times New Roman" w:hAnsi="Times New Roman" w:cs="Times New Roman"/>
          <w:color w:val="auto"/>
          <w:sz w:val="28"/>
          <w:szCs w:val="28"/>
          <w:lang w:val="ru-RU"/>
        </w:rPr>
        <w:t>ТОО «</w:t>
      </w:r>
      <w:r w:rsidR="0002486B" w:rsidRPr="0002486B">
        <w:rPr>
          <w:rStyle w:val="af6"/>
          <w:rFonts w:ascii="Times New Roman" w:hAnsi="Times New Roman" w:cs="Times New Roman"/>
          <w:color w:val="auto"/>
          <w:sz w:val="28"/>
          <w:szCs w:val="28"/>
        </w:rPr>
        <w:t>LITTLE</w:t>
      </w:r>
      <w:r w:rsidR="0002486B" w:rsidRPr="00084F11">
        <w:rPr>
          <w:rStyle w:val="af6"/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02486B" w:rsidRPr="0002486B">
        <w:rPr>
          <w:rStyle w:val="af6"/>
          <w:rFonts w:ascii="Times New Roman" w:hAnsi="Times New Roman" w:cs="Times New Roman"/>
          <w:color w:val="auto"/>
          <w:sz w:val="28"/>
          <w:szCs w:val="28"/>
        </w:rPr>
        <w:t>PEOPLE</w:t>
      </w:r>
      <w:r w:rsidR="00084F11">
        <w:rPr>
          <w:rStyle w:val="af6"/>
          <w:rFonts w:ascii="Times New Roman" w:hAnsi="Times New Roman" w:cs="Times New Roman"/>
          <w:color w:val="auto"/>
          <w:sz w:val="28"/>
          <w:szCs w:val="28"/>
          <w:lang w:val="ru-RU"/>
        </w:rPr>
        <w:t>»</w:t>
      </w:r>
    </w:p>
    <w:p w14:paraId="762A86EF" w14:textId="77777777" w:rsidR="00367A82" w:rsidRDefault="00367A82" w:rsidP="00367A82">
      <w:pPr>
        <w:spacing w:after="0" w:line="240" w:lineRule="auto"/>
        <w:jc w:val="center"/>
        <w:rPr>
          <w:rStyle w:val="af6"/>
          <w:rFonts w:ascii="Times New Roman" w:hAnsi="Times New Roman" w:cs="Times New Roman"/>
          <w:b w:val="0"/>
          <w:bCs w:val="0"/>
          <w:i/>
          <w:iCs/>
          <w:color w:val="auto"/>
          <w:sz w:val="28"/>
          <w:szCs w:val="28"/>
          <w:lang w:val="ru-RU"/>
        </w:rPr>
      </w:pPr>
      <w:r w:rsidRPr="0002486B">
        <w:rPr>
          <w:rStyle w:val="af6"/>
          <w:rFonts w:ascii="Times New Roman" w:hAnsi="Times New Roman" w:cs="Times New Roman"/>
          <w:b w:val="0"/>
          <w:bCs w:val="0"/>
          <w:i/>
          <w:iCs/>
          <w:color w:val="auto"/>
          <w:sz w:val="28"/>
          <w:szCs w:val="28"/>
          <w:lang w:val="ru-RU"/>
        </w:rPr>
        <w:t>Каждое достижение — это маленькая победа,</w:t>
      </w:r>
    </w:p>
    <w:p w14:paraId="0AB9702A" w14:textId="3F05B344" w:rsidR="00E22B5F" w:rsidRDefault="00367A82" w:rsidP="00367A82">
      <w:pPr>
        <w:spacing w:after="0" w:line="240" w:lineRule="auto"/>
        <w:jc w:val="center"/>
        <w:rPr>
          <w:rStyle w:val="af6"/>
          <w:rFonts w:ascii="Times New Roman" w:hAnsi="Times New Roman" w:cs="Times New Roman"/>
          <w:b w:val="0"/>
          <w:bCs w:val="0"/>
          <w:i/>
          <w:iCs/>
          <w:color w:val="auto"/>
          <w:sz w:val="28"/>
          <w:szCs w:val="28"/>
          <w:lang w:val="ru-RU"/>
        </w:rPr>
      </w:pPr>
      <w:r w:rsidRPr="0002486B">
        <w:rPr>
          <w:rStyle w:val="af6"/>
          <w:rFonts w:ascii="Times New Roman" w:hAnsi="Times New Roman" w:cs="Times New Roman"/>
          <w:b w:val="0"/>
          <w:bCs w:val="0"/>
          <w:i/>
          <w:iCs/>
          <w:color w:val="auto"/>
          <w:sz w:val="28"/>
          <w:szCs w:val="28"/>
          <w:lang w:val="ru-RU"/>
        </w:rPr>
        <w:t xml:space="preserve"> важный шаг в развитии и повод для гордости.</w:t>
      </w:r>
    </w:p>
    <w:p w14:paraId="58BB18BC" w14:textId="77777777" w:rsidR="00367A82" w:rsidRPr="0002486B" w:rsidRDefault="00367A82" w:rsidP="00367A82">
      <w:pPr>
        <w:spacing w:after="0" w:line="240" w:lineRule="auto"/>
        <w:jc w:val="center"/>
        <w:rPr>
          <w:rStyle w:val="af6"/>
          <w:rFonts w:ascii="Times New Roman" w:hAnsi="Times New Roman" w:cs="Times New Roman"/>
          <w:sz w:val="28"/>
          <w:szCs w:val="28"/>
          <w:lang w:val="ru-RU"/>
        </w:rPr>
      </w:pPr>
    </w:p>
    <w:p w14:paraId="0710AD3D" w14:textId="77777777" w:rsidR="00E22B5F" w:rsidRPr="0002486B" w:rsidRDefault="00367A82" w:rsidP="0002486B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r w:rsidRPr="0002486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B9955B6" wp14:editId="76CBB5E3">
            <wp:extent cx="4714352" cy="689956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ized_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39366" cy="6936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5E0EC" w14:textId="77777777" w:rsidR="004B3153" w:rsidRPr="004B3153" w:rsidRDefault="004B3153" w:rsidP="004B3153">
      <w:pPr>
        <w:pStyle w:val="ae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E14047">
        <w:rPr>
          <w:rFonts w:ascii="Times New Roman" w:hAnsi="Times New Roman" w:cs="Times New Roman"/>
          <w:b/>
          <w:bCs/>
          <w:sz w:val="28"/>
          <w:szCs w:val="28"/>
          <w:lang w:val="ru-RU"/>
        </w:rPr>
        <w:t>Квинтет «Солнышко»</w:t>
      </w:r>
      <w:r w:rsidRPr="004B3153">
        <w:rPr>
          <w:rFonts w:ascii="Times New Roman" w:hAnsi="Times New Roman" w:cs="Times New Roman"/>
          <w:sz w:val="28"/>
          <w:szCs w:val="28"/>
          <w:lang w:val="ru-RU"/>
        </w:rPr>
        <w:t xml:space="preserve"> награждён дипломом за I место в Международном конкурсе-фестивале «Super Star </w:t>
      </w:r>
      <w:proofErr w:type="spellStart"/>
      <w:r w:rsidRPr="004B3153">
        <w:rPr>
          <w:rFonts w:ascii="Times New Roman" w:hAnsi="Times New Roman" w:cs="Times New Roman"/>
          <w:sz w:val="28"/>
          <w:szCs w:val="28"/>
          <w:lang w:val="ru-RU"/>
        </w:rPr>
        <w:t>Fest</w:t>
      </w:r>
      <w:proofErr w:type="spellEnd"/>
      <w:r w:rsidRPr="004B3153">
        <w:rPr>
          <w:rFonts w:ascii="Times New Roman" w:hAnsi="Times New Roman" w:cs="Times New Roman"/>
          <w:sz w:val="28"/>
          <w:szCs w:val="28"/>
          <w:lang w:val="ru-RU"/>
        </w:rPr>
        <w:t>» в номинации «Вокал» (эстрадный вокал, квинтет).</w:t>
      </w:r>
    </w:p>
    <w:p w14:paraId="1A5C3AB0" w14:textId="77777777" w:rsidR="004B3153" w:rsidRPr="004B3153" w:rsidRDefault="004B3153" w:rsidP="004B3153">
      <w:pPr>
        <w:pStyle w:val="ae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B3153">
        <w:rPr>
          <w:rFonts w:ascii="Times New Roman" w:hAnsi="Times New Roman" w:cs="Times New Roman"/>
          <w:sz w:val="28"/>
          <w:szCs w:val="28"/>
          <w:lang w:val="ru-RU"/>
        </w:rPr>
        <w:t xml:space="preserve">Руководитель: </w:t>
      </w:r>
      <w:proofErr w:type="spellStart"/>
      <w:r w:rsidRPr="004B3153">
        <w:rPr>
          <w:rFonts w:ascii="Times New Roman" w:hAnsi="Times New Roman" w:cs="Times New Roman"/>
          <w:sz w:val="28"/>
          <w:szCs w:val="28"/>
          <w:lang w:val="ru-RU"/>
        </w:rPr>
        <w:t>Кокишева</w:t>
      </w:r>
      <w:proofErr w:type="spellEnd"/>
      <w:r w:rsidRPr="004B3153">
        <w:rPr>
          <w:rFonts w:ascii="Times New Roman" w:hAnsi="Times New Roman" w:cs="Times New Roman"/>
          <w:sz w:val="28"/>
          <w:szCs w:val="28"/>
          <w:lang w:val="ru-RU"/>
        </w:rPr>
        <w:t xml:space="preserve"> Сауле </w:t>
      </w:r>
      <w:proofErr w:type="spellStart"/>
      <w:r w:rsidRPr="004B3153">
        <w:rPr>
          <w:rFonts w:ascii="Times New Roman" w:hAnsi="Times New Roman" w:cs="Times New Roman"/>
          <w:sz w:val="28"/>
          <w:szCs w:val="28"/>
          <w:lang w:val="ru-RU"/>
        </w:rPr>
        <w:t>Каматаевна</w:t>
      </w:r>
      <w:proofErr w:type="spellEnd"/>
      <w:r w:rsidRPr="004B315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5014138" w14:textId="69A47A0D" w:rsidR="00E22B5F" w:rsidRPr="0002486B" w:rsidRDefault="00367A82" w:rsidP="004B3153">
      <w:pPr>
        <w:pStyle w:val="ae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2486B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6C2FC6CD" w14:textId="77777777" w:rsidR="00E22B5F" w:rsidRPr="0002486B" w:rsidRDefault="00367A82" w:rsidP="0002486B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r w:rsidRPr="0002486B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7108DD9" wp14:editId="391BE54C">
            <wp:extent cx="5124094" cy="7245928"/>
            <wp:effectExtent l="152400" t="152400" r="362585" b="35560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ized_2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67797" cy="730772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28D51CF" w14:textId="6C0C9C99" w:rsidR="00B42B5A" w:rsidRPr="00B42B5A" w:rsidRDefault="00475EB7" w:rsidP="00B42B5A">
      <w:pPr>
        <w:pStyle w:val="ae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E14047">
        <w:rPr>
          <w:rFonts w:ascii="Times New Roman" w:hAnsi="Times New Roman" w:cs="Times New Roman"/>
          <w:b/>
          <w:bCs/>
          <w:sz w:val="28"/>
          <w:szCs w:val="28"/>
          <w:lang w:val="ru-RU"/>
        </w:rPr>
        <w:t>Жусалина</w:t>
      </w:r>
      <w:proofErr w:type="spellEnd"/>
      <w:r w:rsidRPr="00E1404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Сауле </w:t>
      </w:r>
      <w:proofErr w:type="spellStart"/>
      <w:r w:rsidRPr="00E14047">
        <w:rPr>
          <w:rFonts w:ascii="Times New Roman" w:hAnsi="Times New Roman" w:cs="Times New Roman"/>
          <w:b/>
          <w:bCs/>
          <w:sz w:val="28"/>
          <w:szCs w:val="28"/>
          <w:lang w:val="ru-RU"/>
        </w:rPr>
        <w:t>Есильбаевна</w:t>
      </w:r>
      <w:proofErr w:type="spellEnd"/>
      <w:r w:rsidRPr="00475EB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42B5A">
        <w:rPr>
          <w:rFonts w:ascii="Times New Roman" w:hAnsi="Times New Roman" w:cs="Times New Roman"/>
          <w:sz w:val="28"/>
          <w:szCs w:val="28"/>
          <w:lang w:val="ru-RU"/>
        </w:rPr>
        <w:t xml:space="preserve">награждена </w:t>
      </w:r>
      <w:r w:rsidRPr="00475EB7">
        <w:rPr>
          <w:rFonts w:ascii="Times New Roman" w:hAnsi="Times New Roman" w:cs="Times New Roman"/>
          <w:sz w:val="28"/>
          <w:szCs w:val="28"/>
          <w:lang w:val="ru-RU"/>
        </w:rPr>
        <w:t>благодарственн</w:t>
      </w:r>
      <w:r w:rsidR="00B42B5A">
        <w:rPr>
          <w:rFonts w:ascii="Times New Roman" w:hAnsi="Times New Roman" w:cs="Times New Roman"/>
          <w:sz w:val="28"/>
          <w:szCs w:val="28"/>
          <w:lang w:val="ru-RU"/>
        </w:rPr>
        <w:t>ым</w:t>
      </w:r>
      <w:r w:rsidRPr="00475EB7">
        <w:rPr>
          <w:rFonts w:ascii="Times New Roman" w:hAnsi="Times New Roman" w:cs="Times New Roman"/>
          <w:sz w:val="28"/>
          <w:szCs w:val="28"/>
          <w:lang w:val="ru-RU"/>
        </w:rPr>
        <w:t xml:space="preserve"> письмо</w:t>
      </w:r>
      <w:r w:rsidR="00B42B5A">
        <w:rPr>
          <w:rFonts w:ascii="Times New Roman" w:hAnsi="Times New Roman" w:cs="Times New Roman"/>
          <w:sz w:val="28"/>
          <w:szCs w:val="28"/>
          <w:lang w:val="ru-RU"/>
        </w:rPr>
        <w:t xml:space="preserve">м </w:t>
      </w:r>
      <w:r w:rsidR="00B42B5A" w:rsidRPr="00B42B5A">
        <w:rPr>
          <w:rFonts w:ascii="Times New Roman" w:hAnsi="Times New Roman" w:cs="Times New Roman"/>
          <w:sz w:val="28"/>
          <w:szCs w:val="28"/>
          <w:lang w:val="ru-RU"/>
        </w:rPr>
        <w:t>за профессионализм и вклад в подготовку участников</w:t>
      </w:r>
      <w:r w:rsidR="006D06D3" w:rsidRPr="006D06D3">
        <w:rPr>
          <w:rFonts w:ascii="Times New Roman" w:hAnsi="Times New Roman" w:cs="Times New Roman"/>
          <w:sz w:val="28"/>
          <w:szCs w:val="28"/>
          <w:lang w:val="ru-RU"/>
        </w:rPr>
        <w:t xml:space="preserve"> международного конкурса-фестиваля «Super Star </w:t>
      </w:r>
      <w:proofErr w:type="spellStart"/>
      <w:r w:rsidR="006D06D3" w:rsidRPr="006D06D3">
        <w:rPr>
          <w:rFonts w:ascii="Times New Roman" w:hAnsi="Times New Roman" w:cs="Times New Roman"/>
          <w:sz w:val="28"/>
          <w:szCs w:val="28"/>
          <w:lang w:val="ru-RU"/>
        </w:rPr>
        <w:t>Fest</w:t>
      </w:r>
      <w:proofErr w:type="spellEnd"/>
      <w:r w:rsidR="006D06D3" w:rsidRPr="006D06D3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B42B5A" w:rsidRPr="00B42B5A">
        <w:rPr>
          <w:rFonts w:ascii="Times New Roman" w:hAnsi="Times New Roman" w:cs="Times New Roman"/>
          <w:sz w:val="28"/>
          <w:szCs w:val="28"/>
          <w:lang w:val="ru-RU"/>
        </w:rPr>
        <w:t>. Это признание труда наставника, который помогает детям раскрывать способности и уверенно выступать.</w:t>
      </w:r>
    </w:p>
    <w:p w14:paraId="3A9466E3" w14:textId="528835B5" w:rsidR="00B42B5A" w:rsidRDefault="00B42B5A" w:rsidP="0002486B">
      <w:pPr>
        <w:pStyle w:val="ae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8C573EC" w14:textId="77777777" w:rsidR="00B42B5A" w:rsidRDefault="00B42B5A" w:rsidP="0002486B">
      <w:pPr>
        <w:pStyle w:val="ae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106C42F" w14:textId="3AE08BA0" w:rsidR="00E22B5F" w:rsidRPr="0002486B" w:rsidRDefault="00367A82" w:rsidP="0002486B">
      <w:pPr>
        <w:pStyle w:val="ae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2486B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6BA1085A" w14:textId="77777777" w:rsidR="00E22B5F" w:rsidRPr="0002486B" w:rsidRDefault="00367A82" w:rsidP="005C1E3E">
      <w:pPr>
        <w:pStyle w:val="ae"/>
        <w:ind w:left="-851"/>
        <w:jc w:val="center"/>
        <w:rPr>
          <w:rFonts w:ascii="Times New Roman" w:hAnsi="Times New Roman" w:cs="Times New Roman"/>
          <w:sz w:val="28"/>
          <w:szCs w:val="28"/>
        </w:rPr>
      </w:pPr>
      <w:r w:rsidRPr="0002486B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F512047" wp14:editId="40F19C40">
            <wp:extent cx="4183696" cy="7437682"/>
            <wp:effectExtent l="144780" t="160020" r="361950" b="3619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ized_3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194560" cy="74569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E306B28" w14:textId="5A768D8F" w:rsidR="00EC3900" w:rsidRDefault="00DE4396" w:rsidP="00065477">
      <w:pPr>
        <w:pStyle w:val="ae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Квартет </w:t>
      </w:r>
      <w:r w:rsidR="00BE566E" w:rsidRPr="00BE566E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BE566E" w:rsidRPr="00BE566E">
        <w:rPr>
          <w:rFonts w:ascii="Times New Roman" w:hAnsi="Times New Roman" w:cs="Times New Roman"/>
          <w:sz w:val="28"/>
          <w:szCs w:val="28"/>
        </w:rPr>
        <w:t>little</w:t>
      </w:r>
      <w:r w:rsidR="00BE566E" w:rsidRPr="00BE5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566E" w:rsidRPr="00BE566E">
        <w:rPr>
          <w:rFonts w:ascii="Times New Roman" w:hAnsi="Times New Roman" w:cs="Times New Roman"/>
          <w:sz w:val="28"/>
          <w:szCs w:val="28"/>
        </w:rPr>
        <w:t>people</w:t>
      </w:r>
      <w:r w:rsidR="00BE566E" w:rsidRPr="00BE566E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BE56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65477">
        <w:rPr>
          <w:rFonts w:ascii="Times New Roman" w:hAnsi="Times New Roman" w:cs="Times New Roman"/>
          <w:sz w:val="28"/>
          <w:szCs w:val="28"/>
          <w:lang w:val="ru-RU"/>
        </w:rPr>
        <w:t xml:space="preserve">получила </w:t>
      </w:r>
      <w:r w:rsidR="00065477">
        <w:rPr>
          <w:rFonts w:ascii="Times New Roman" w:hAnsi="Times New Roman" w:cs="Times New Roman"/>
          <w:sz w:val="28"/>
          <w:szCs w:val="28"/>
          <w:lang w:val="ru-RU"/>
        </w:rPr>
        <w:t xml:space="preserve">путевку </w:t>
      </w:r>
      <w:r w:rsidR="00393585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06547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65477" w:rsidRPr="00065477">
        <w:rPr>
          <w:rFonts w:ascii="Times New Roman" w:hAnsi="Times New Roman" w:cs="Times New Roman"/>
          <w:sz w:val="28"/>
          <w:szCs w:val="28"/>
          <w:lang w:val="ru-RU"/>
        </w:rPr>
        <w:t>«Грузи</w:t>
      </w:r>
      <w:r w:rsidR="00393585">
        <w:rPr>
          <w:rFonts w:ascii="Times New Roman" w:hAnsi="Times New Roman" w:cs="Times New Roman"/>
          <w:sz w:val="28"/>
          <w:szCs w:val="28"/>
          <w:lang w:val="ru-RU"/>
        </w:rPr>
        <w:t>ю</w:t>
      </w:r>
      <w:r w:rsidR="00065477" w:rsidRPr="00065477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39358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65477">
        <w:rPr>
          <w:rFonts w:ascii="Times New Roman" w:hAnsi="Times New Roman" w:cs="Times New Roman"/>
          <w:sz w:val="28"/>
          <w:szCs w:val="28"/>
          <w:lang w:val="ru-RU"/>
        </w:rPr>
        <w:t xml:space="preserve">за участие в </w:t>
      </w:r>
      <w:r w:rsidRPr="00065477">
        <w:rPr>
          <w:rFonts w:ascii="Times New Roman" w:hAnsi="Times New Roman" w:cs="Times New Roman"/>
          <w:sz w:val="28"/>
          <w:szCs w:val="28"/>
        </w:rPr>
        <w:t>XIII</w:t>
      </w:r>
      <w:r w:rsidRPr="00065477">
        <w:rPr>
          <w:rFonts w:ascii="Times New Roman" w:hAnsi="Times New Roman" w:cs="Times New Roman"/>
          <w:sz w:val="28"/>
          <w:szCs w:val="28"/>
          <w:lang w:val="ru-RU"/>
        </w:rPr>
        <w:t xml:space="preserve"> Республиканском конкурсе </w:t>
      </w:r>
      <w:r w:rsidR="007D0871" w:rsidRPr="007D0871">
        <w:rPr>
          <w:rFonts w:ascii="Times New Roman" w:hAnsi="Times New Roman" w:cs="Times New Roman"/>
          <w:sz w:val="28"/>
          <w:szCs w:val="28"/>
          <w:lang w:val="ru-RU"/>
        </w:rPr>
        <w:t>«BABALAR AMANATY» («Наследие предков»)</w:t>
      </w:r>
      <w:r w:rsidR="007D087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7D3A73A" w14:textId="1EF5FE7B" w:rsidR="00DE4396" w:rsidRPr="00065477" w:rsidRDefault="00DE4396" w:rsidP="00065477">
      <w:pPr>
        <w:pStyle w:val="ae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65477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216325" w:rsidRPr="00216325">
        <w:rPr>
          <w:rFonts w:ascii="Times New Roman" w:hAnsi="Times New Roman" w:cs="Times New Roman"/>
          <w:sz w:val="28"/>
          <w:szCs w:val="28"/>
          <w:lang w:val="ru-RU"/>
        </w:rPr>
        <w:t>Подобный опыт развивает воображение, артистичность, уверенность и желание совершенствоваться.</w:t>
      </w:r>
    </w:p>
    <w:p w14:paraId="73C92B3A" w14:textId="77777777" w:rsidR="00E22B5F" w:rsidRPr="00DE4396" w:rsidRDefault="00367A82" w:rsidP="0002486B">
      <w:pPr>
        <w:pStyle w:val="ae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E4396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078C4915" w14:textId="77777777" w:rsidR="00E22B5F" w:rsidRPr="0002486B" w:rsidRDefault="00367A82" w:rsidP="0002486B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r w:rsidRPr="0002486B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68E5B11" wp14:editId="24C0E374">
            <wp:extent cx="5157037" cy="7236691"/>
            <wp:effectExtent l="152400" t="152400" r="367665" b="3644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ized_4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77708" cy="726569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DFBD365" w14:textId="58439A0E" w:rsidR="00E22B5F" w:rsidRPr="0002486B" w:rsidRDefault="001A7B14" w:rsidP="0002486B">
      <w:pPr>
        <w:pStyle w:val="ae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71033">
        <w:rPr>
          <w:rFonts w:ascii="Times New Roman" w:hAnsi="Times New Roman" w:cs="Times New Roman"/>
          <w:b/>
          <w:bCs/>
          <w:sz w:val="28"/>
          <w:szCs w:val="28"/>
          <w:lang w:val="ru-RU"/>
        </w:rPr>
        <w:t>Жусалина</w:t>
      </w:r>
      <w:proofErr w:type="spellEnd"/>
      <w:r w:rsidRPr="0007103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Сауле </w:t>
      </w:r>
      <w:proofErr w:type="spellStart"/>
      <w:r w:rsidRPr="00071033">
        <w:rPr>
          <w:rFonts w:ascii="Times New Roman" w:hAnsi="Times New Roman" w:cs="Times New Roman"/>
          <w:b/>
          <w:bCs/>
          <w:sz w:val="28"/>
          <w:szCs w:val="28"/>
          <w:lang w:val="ru-RU"/>
        </w:rPr>
        <w:t>Есильбаевна</w:t>
      </w:r>
      <w:proofErr w:type="spellEnd"/>
      <w:r w:rsidRPr="001A7B14">
        <w:rPr>
          <w:rFonts w:ascii="Times New Roman" w:hAnsi="Times New Roman" w:cs="Times New Roman"/>
          <w:sz w:val="28"/>
          <w:szCs w:val="28"/>
          <w:lang w:val="ru-RU"/>
        </w:rPr>
        <w:t xml:space="preserve"> получила сертификат </w:t>
      </w:r>
      <w:r w:rsidR="00926DB3">
        <w:rPr>
          <w:rFonts w:ascii="Times New Roman" w:hAnsi="Times New Roman" w:cs="Times New Roman"/>
          <w:sz w:val="28"/>
          <w:szCs w:val="28"/>
          <w:lang w:val="ru-RU"/>
        </w:rPr>
        <w:t>за</w:t>
      </w:r>
      <w:r w:rsidRPr="001A7B14">
        <w:rPr>
          <w:rFonts w:ascii="Times New Roman" w:hAnsi="Times New Roman" w:cs="Times New Roman"/>
          <w:sz w:val="28"/>
          <w:szCs w:val="28"/>
          <w:lang w:val="ru-RU"/>
        </w:rPr>
        <w:t xml:space="preserve"> звание «Лучший наставник» за высокий уровень исполнительского мастерства на XIII Республиканском конкурсе «BABALAR AMANATY» («Наследие предков»), а также за вклад в воспитание молодого поколения, сохранение национальных духовных ценностей и развитие творческих способностей детей и молодёжи. </w:t>
      </w:r>
      <w:r w:rsidR="00367A82" w:rsidRPr="0002486B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00E98EA1" w14:textId="77777777" w:rsidR="00E22B5F" w:rsidRPr="0002486B" w:rsidRDefault="00367A82" w:rsidP="005C1E3E">
      <w:pPr>
        <w:pStyle w:val="ae"/>
        <w:tabs>
          <w:tab w:val="left" w:pos="-567"/>
        </w:tabs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2486B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A81E5DD" wp14:editId="0459C20C">
            <wp:extent cx="7068898" cy="5301673"/>
            <wp:effectExtent l="152400" t="152400" r="360680" b="3562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ized_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116431" cy="533732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D876601" w14:textId="5B87F903" w:rsidR="000367AD" w:rsidRPr="000367AD" w:rsidRDefault="000367AD" w:rsidP="000367AD">
      <w:pPr>
        <w:pStyle w:val="ae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367AD">
        <w:rPr>
          <w:rFonts w:ascii="Times New Roman" w:hAnsi="Times New Roman" w:cs="Times New Roman"/>
          <w:sz w:val="28"/>
          <w:szCs w:val="28"/>
          <w:lang w:val="ru-RU"/>
        </w:rPr>
        <w:t xml:space="preserve">Награждается </w:t>
      </w:r>
      <w:r w:rsidR="005C1E3E" w:rsidRPr="005C1E3E">
        <w:rPr>
          <w:rFonts w:ascii="Times New Roman" w:hAnsi="Times New Roman" w:cs="Times New Roman"/>
          <w:sz w:val="28"/>
          <w:szCs w:val="28"/>
          <w:lang w:val="ru-RU"/>
        </w:rPr>
        <w:t>воспитанник</w:t>
      </w:r>
      <w:r w:rsidR="002500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C0833">
        <w:rPr>
          <w:rFonts w:ascii="Times New Roman" w:hAnsi="Times New Roman" w:cs="Times New Roman"/>
          <w:sz w:val="28"/>
          <w:szCs w:val="28"/>
          <w:lang w:val="ru-RU"/>
        </w:rPr>
        <w:t>детского сада</w:t>
      </w:r>
      <w:r w:rsidR="003C0833" w:rsidRPr="003C0833">
        <w:rPr>
          <w:rFonts w:ascii="Times New Roman" w:hAnsi="Times New Roman" w:cs="Times New Roman"/>
          <w:sz w:val="28"/>
          <w:szCs w:val="28"/>
          <w:lang w:val="ru-RU"/>
        </w:rPr>
        <w:t xml:space="preserve"> «LITTLE PEOPLE»</w:t>
      </w:r>
      <w:r w:rsidR="0061185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500CF" w:rsidRPr="00483159">
        <w:rPr>
          <w:rFonts w:ascii="Times New Roman" w:hAnsi="Times New Roman" w:cs="Times New Roman"/>
          <w:b/>
          <w:bCs/>
          <w:sz w:val="28"/>
          <w:szCs w:val="28"/>
          <w:lang w:val="ru-RU"/>
        </w:rPr>
        <w:t>Муслимов</w:t>
      </w:r>
      <w:proofErr w:type="spellEnd"/>
      <w:r w:rsidR="002500CF" w:rsidRPr="0048315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Ислам</w:t>
      </w:r>
      <w:r w:rsidR="002500CF" w:rsidRPr="000367A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367AD">
        <w:rPr>
          <w:rFonts w:ascii="Times New Roman" w:hAnsi="Times New Roman" w:cs="Times New Roman"/>
          <w:sz w:val="28"/>
          <w:szCs w:val="28"/>
          <w:lang w:val="ru-RU"/>
        </w:rPr>
        <w:t>за</w:t>
      </w:r>
      <w:r w:rsidR="002500CF">
        <w:rPr>
          <w:rFonts w:ascii="Times New Roman" w:hAnsi="Times New Roman" w:cs="Times New Roman"/>
          <w:sz w:val="28"/>
          <w:szCs w:val="28"/>
          <w:lang w:val="ru-RU"/>
        </w:rPr>
        <w:t xml:space="preserve"> занятое</w:t>
      </w:r>
      <w:r w:rsidRPr="000367A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8315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II место </w:t>
      </w:r>
      <w:r w:rsidRPr="000367AD">
        <w:rPr>
          <w:rFonts w:ascii="Times New Roman" w:hAnsi="Times New Roman" w:cs="Times New Roman"/>
          <w:sz w:val="28"/>
          <w:szCs w:val="28"/>
          <w:lang w:val="ru-RU"/>
        </w:rPr>
        <w:t xml:space="preserve">в открытом чемпионате Акмолинской областной федерации карате-до </w:t>
      </w:r>
      <w:proofErr w:type="spellStart"/>
      <w:r w:rsidRPr="000367AD">
        <w:rPr>
          <w:rFonts w:ascii="Times New Roman" w:hAnsi="Times New Roman" w:cs="Times New Roman"/>
          <w:sz w:val="28"/>
          <w:szCs w:val="28"/>
          <w:lang w:val="ru-RU"/>
        </w:rPr>
        <w:t>Кёкушинкай</w:t>
      </w:r>
      <w:proofErr w:type="spellEnd"/>
      <w:r w:rsidRPr="000367AD">
        <w:rPr>
          <w:rFonts w:ascii="Times New Roman" w:hAnsi="Times New Roman" w:cs="Times New Roman"/>
          <w:sz w:val="28"/>
          <w:szCs w:val="28"/>
          <w:lang w:val="ru-RU"/>
        </w:rPr>
        <w:t xml:space="preserve"> KWF по карате, в возрастной категории </w:t>
      </w:r>
      <w:r w:rsidR="00483159">
        <w:rPr>
          <w:rFonts w:ascii="Times New Roman" w:hAnsi="Times New Roman" w:cs="Times New Roman"/>
          <w:sz w:val="28"/>
          <w:szCs w:val="28"/>
          <w:lang w:val="ru-RU"/>
        </w:rPr>
        <w:t xml:space="preserve">             </w:t>
      </w:r>
      <w:r w:rsidRPr="000367AD">
        <w:rPr>
          <w:rFonts w:ascii="Times New Roman" w:hAnsi="Times New Roman" w:cs="Times New Roman"/>
          <w:sz w:val="28"/>
          <w:szCs w:val="28"/>
          <w:lang w:val="ru-RU"/>
        </w:rPr>
        <w:t>6–7 лет, в весовой категории 20 кг.</w:t>
      </w:r>
    </w:p>
    <w:p w14:paraId="736C502F" w14:textId="57CFB7A6" w:rsidR="00E22B5F" w:rsidRPr="0002486B" w:rsidRDefault="00367A82" w:rsidP="000367AD">
      <w:pPr>
        <w:pStyle w:val="ae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2486B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1D4D0CEE" w14:textId="77777777" w:rsidR="00E22B5F" w:rsidRPr="0002486B" w:rsidRDefault="00367A82" w:rsidP="005C1E3E">
      <w:pPr>
        <w:pStyle w:val="ae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02486B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AFC4C54" wp14:editId="051D9FFA">
            <wp:extent cx="6847223" cy="5135418"/>
            <wp:effectExtent l="152400" t="152400" r="353695" b="3702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ized_6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71448" cy="515358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A2821E9" w14:textId="0A0D0346" w:rsidR="00150B2A" w:rsidRPr="00150B2A" w:rsidRDefault="00A41A72" w:rsidP="00150B2A">
      <w:pPr>
        <w:pStyle w:val="ae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41A72">
        <w:rPr>
          <w:rFonts w:ascii="Times New Roman" w:hAnsi="Times New Roman" w:cs="Times New Roman"/>
          <w:sz w:val="28"/>
          <w:szCs w:val="28"/>
          <w:lang w:val="ru-RU"/>
        </w:rPr>
        <w:t xml:space="preserve">Награждается </w:t>
      </w:r>
      <w:r w:rsidR="005C1E3E" w:rsidRPr="005C1E3E">
        <w:rPr>
          <w:rFonts w:ascii="Times New Roman" w:hAnsi="Times New Roman" w:cs="Times New Roman"/>
          <w:sz w:val="28"/>
          <w:szCs w:val="28"/>
          <w:lang w:val="ru-RU"/>
        </w:rPr>
        <w:t>воспитанник</w:t>
      </w:r>
      <w:r w:rsidRPr="00A41A72">
        <w:rPr>
          <w:rFonts w:ascii="Times New Roman" w:hAnsi="Times New Roman" w:cs="Times New Roman"/>
          <w:sz w:val="28"/>
          <w:szCs w:val="28"/>
          <w:lang w:val="ru-RU"/>
        </w:rPr>
        <w:t xml:space="preserve"> детского сада «LITTLE PEOPLE» </w:t>
      </w:r>
      <w:proofErr w:type="spellStart"/>
      <w:r w:rsidRPr="00483159">
        <w:rPr>
          <w:rFonts w:ascii="Times New Roman" w:hAnsi="Times New Roman" w:cs="Times New Roman"/>
          <w:b/>
          <w:bCs/>
          <w:sz w:val="28"/>
          <w:szCs w:val="28"/>
          <w:lang w:val="ru-RU"/>
        </w:rPr>
        <w:t>Муслимов</w:t>
      </w:r>
      <w:proofErr w:type="spellEnd"/>
      <w:r w:rsidRPr="0048315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Ислам</w:t>
      </w:r>
      <w:r w:rsidRPr="00A41A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50B2A" w:rsidRPr="00150B2A">
        <w:rPr>
          <w:rFonts w:ascii="Times New Roman" w:hAnsi="Times New Roman" w:cs="Times New Roman"/>
          <w:sz w:val="28"/>
          <w:szCs w:val="28"/>
          <w:lang w:val="ru-RU"/>
        </w:rPr>
        <w:t xml:space="preserve">за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занятое </w:t>
      </w:r>
      <w:r w:rsidR="00150B2A" w:rsidRPr="00483159">
        <w:rPr>
          <w:rFonts w:ascii="Times New Roman" w:hAnsi="Times New Roman" w:cs="Times New Roman"/>
          <w:b/>
          <w:bCs/>
          <w:sz w:val="28"/>
          <w:szCs w:val="28"/>
          <w:lang w:val="ru-RU"/>
        </w:rPr>
        <w:t>1-е место</w:t>
      </w:r>
      <w:r w:rsidR="00150B2A" w:rsidRPr="00150B2A">
        <w:rPr>
          <w:rFonts w:ascii="Times New Roman" w:hAnsi="Times New Roman" w:cs="Times New Roman"/>
          <w:sz w:val="28"/>
          <w:szCs w:val="28"/>
          <w:lang w:val="ru-RU"/>
        </w:rPr>
        <w:t xml:space="preserve"> в открытом чемпионате по карате </w:t>
      </w:r>
      <w:proofErr w:type="spellStart"/>
      <w:r w:rsidR="00150B2A" w:rsidRPr="00150B2A">
        <w:rPr>
          <w:rFonts w:ascii="Times New Roman" w:hAnsi="Times New Roman" w:cs="Times New Roman"/>
          <w:sz w:val="28"/>
          <w:szCs w:val="28"/>
          <w:lang w:val="ru-RU"/>
        </w:rPr>
        <w:t>Шинкиокушинкай</w:t>
      </w:r>
      <w:proofErr w:type="spellEnd"/>
      <w:r w:rsidR="00150B2A" w:rsidRPr="00150B2A">
        <w:rPr>
          <w:rFonts w:ascii="Times New Roman" w:hAnsi="Times New Roman" w:cs="Times New Roman"/>
          <w:sz w:val="28"/>
          <w:szCs w:val="28"/>
          <w:lang w:val="ru-RU"/>
        </w:rPr>
        <w:t xml:space="preserve"> на Кубок акима, среди детей 6–7 лет, в весовой категории 20 кг.</w:t>
      </w:r>
    </w:p>
    <w:p w14:paraId="4C1E723E" w14:textId="77777777" w:rsidR="002F60DC" w:rsidRDefault="00D67322" w:rsidP="005C1E3E">
      <w:pPr>
        <w:pStyle w:val="ae"/>
        <w:ind w:left="-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/>
        </w:rPr>
        <w:lastRenderedPageBreak/>
        <w:drawing>
          <wp:inline distT="0" distB="0" distL="0" distR="0" wp14:anchorId="41E92270" wp14:editId="202D50E6">
            <wp:extent cx="6970571" cy="5232400"/>
            <wp:effectExtent l="152400" t="152400" r="363855" b="36830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2584" cy="524892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30BAC51" w14:textId="109F24E2" w:rsidR="00E22B5F" w:rsidRPr="0002486B" w:rsidRDefault="002F60DC" w:rsidP="0002486B">
      <w:pPr>
        <w:pStyle w:val="ae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F60DC">
        <w:rPr>
          <w:rFonts w:ascii="Times New Roman" w:hAnsi="Times New Roman" w:cs="Times New Roman"/>
          <w:sz w:val="28"/>
          <w:szCs w:val="28"/>
          <w:lang w:val="ru-RU"/>
        </w:rPr>
        <w:t xml:space="preserve">Награждается </w:t>
      </w:r>
      <w:r w:rsidR="005C1E3E" w:rsidRPr="005C1E3E">
        <w:rPr>
          <w:rFonts w:ascii="Times New Roman" w:hAnsi="Times New Roman" w:cs="Times New Roman"/>
          <w:sz w:val="28"/>
          <w:szCs w:val="28"/>
          <w:lang w:val="ru-RU"/>
        </w:rPr>
        <w:t>воспитанник</w:t>
      </w:r>
      <w:r w:rsidR="005C1E3E" w:rsidRPr="005C1E3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F60DC">
        <w:rPr>
          <w:rFonts w:ascii="Times New Roman" w:hAnsi="Times New Roman" w:cs="Times New Roman"/>
          <w:sz w:val="28"/>
          <w:szCs w:val="28"/>
          <w:lang w:val="ru-RU"/>
        </w:rPr>
        <w:t>детского сада «</w:t>
      </w:r>
      <w:r w:rsidRPr="002F60DC">
        <w:rPr>
          <w:rFonts w:ascii="Times New Roman" w:hAnsi="Times New Roman" w:cs="Times New Roman"/>
          <w:sz w:val="28"/>
          <w:szCs w:val="28"/>
        </w:rPr>
        <w:t>LITTLE</w:t>
      </w:r>
      <w:r w:rsidRPr="002F60D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F60DC">
        <w:rPr>
          <w:rFonts w:ascii="Times New Roman" w:hAnsi="Times New Roman" w:cs="Times New Roman"/>
          <w:sz w:val="28"/>
          <w:szCs w:val="28"/>
        </w:rPr>
        <w:t>PEOPLE</w:t>
      </w:r>
      <w:r w:rsidRPr="002F60DC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483159">
        <w:rPr>
          <w:rFonts w:ascii="Times New Roman" w:hAnsi="Times New Roman" w:cs="Times New Roman"/>
          <w:b/>
          <w:bCs/>
          <w:sz w:val="28"/>
          <w:szCs w:val="28"/>
          <w:lang w:val="ru-RU"/>
        </w:rPr>
        <w:t>Муслимов</w:t>
      </w:r>
      <w:proofErr w:type="spellEnd"/>
      <w:r w:rsidRPr="0048315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Ислам</w:t>
      </w:r>
      <w:r w:rsidRPr="002F60DC">
        <w:rPr>
          <w:rFonts w:ascii="Times New Roman" w:hAnsi="Times New Roman" w:cs="Times New Roman"/>
          <w:sz w:val="28"/>
          <w:szCs w:val="28"/>
          <w:lang w:val="ru-RU"/>
        </w:rPr>
        <w:t xml:space="preserve"> за занятое</w:t>
      </w:r>
      <w:r w:rsidRPr="0048315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1-е место </w:t>
      </w:r>
      <w:r w:rsidRPr="002F60DC">
        <w:rPr>
          <w:rFonts w:ascii="Times New Roman" w:hAnsi="Times New Roman" w:cs="Times New Roman"/>
          <w:sz w:val="28"/>
          <w:szCs w:val="28"/>
          <w:lang w:val="ru-RU"/>
        </w:rPr>
        <w:t xml:space="preserve">в детском турнире </w:t>
      </w:r>
      <w:r w:rsidRPr="002F60DC">
        <w:rPr>
          <w:rFonts w:ascii="Times New Roman" w:hAnsi="Times New Roman" w:cs="Times New Roman"/>
          <w:sz w:val="28"/>
          <w:szCs w:val="28"/>
        </w:rPr>
        <w:t>PHOENIX</w:t>
      </w:r>
      <w:r w:rsidRPr="002F60D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F60DC">
        <w:rPr>
          <w:rFonts w:ascii="Times New Roman" w:hAnsi="Times New Roman" w:cs="Times New Roman"/>
          <w:sz w:val="28"/>
          <w:szCs w:val="28"/>
        </w:rPr>
        <w:t>Kids</w:t>
      </w:r>
      <w:r w:rsidRPr="002F60DC">
        <w:rPr>
          <w:rFonts w:ascii="Times New Roman" w:hAnsi="Times New Roman" w:cs="Times New Roman"/>
          <w:sz w:val="28"/>
          <w:szCs w:val="28"/>
          <w:lang w:val="ru-RU"/>
        </w:rPr>
        <w:t xml:space="preserve"> по </w:t>
      </w:r>
      <w:proofErr w:type="spellStart"/>
      <w:r w:rsidRPr="002F60DC">
        <w:rPr>
          <w:rFonts w:ascii="Times New Roman" w:hAnsi="Times New Roman" w:cs="Times New Roman"/>
          <w:sz w:val="28"/>
          <w:szCs w:val="28"/>
          <w:lang w:val="ru-RU"/>
        </w:rPr>
        <w:t>киокушинкай</w:t>
      </w:r>
      <w:proofErr w:type="spellEnd"/>
      <w:r w:rsidRPr="002F60DC">
        <w:rPr>
          <w:rFonts w:ascii="Times New Roman" w:hAnsi="Times New Roman" w:cs="Times New Roman"/>
          <w:sz w:val="28"/>
          <w:szCs w:val="28"/>
          <w:lang w:val="ru-RU"/>
        </w:rPr>
        <w:t xml:space="preserve">-кан карате среди детей 4–5 лет в весовой категории до 18 кг. </w:t>
      </w:r>
      <w:r w:rsidR="00367A82" w:rsidRPr="0002486B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31DE64A9" w14:textId="77777777" w:rsidR="00E22B5F" w:rsidRPr="0002486B" w:rsidRDefault="00367A82" w:rsidP="005C1E3E">
      <w:pPr>
        <w:pStyle w:val="ae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 w:rsidRPr="0002486B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ECE970A" wp14:editId="31EAB03A">
            <wp:extent cx="6963908" cy="5222932"/>
            <wp:effectExtent l="152400" t="152400" r="370840" b="35877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ized_8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91822" cy="524386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E69DB71" w14:textId="732E754A" w:rsidR="00E22B5F" w:rsidRPr="0002486B" w:rsidRDefault="00604F93" w:rsidP="0002486B">
      <w:pPr>
        <w:pStyle w:val="ae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04F93">
        <w:rPr>
          <w:rFonts w:ascii="Times New Roman" w:hAnsi="Times New Roman" w:cs="Times New Roman"/>
          <w:sz w:val="28"/>
          <w:szCs w:val="28"/>
          <w:lang w:val="ru-RU"/>
        </w:rPr>
        <w:t>Награждается</w:t>
      </w:r>
      <w:r w:rsidR="005C1E3E" w:rsidRPr="005C1E3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C1E3E" w:rsidRPr="005C1E3E">
        <w:rPr>
          <w:rFonts w:ascii="Times New Roman" w:hAnsi="Times New Roman" w:cs="Times New Roman"/>
          <w:sz w:val="28"/>
          <w:szCs w:val="28"/>
          <w:lang w:val="ru-RU"/>
        </w:rPr>
        <w:t>воспитанник</w:t>
      </w:r>
      <w:r w:rsidR="005C1E3E" w:rsidRPr="005C1E3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04F93">
        <w:rPr>
          <w:rFonts w:ascii="Times New Roman" w:hAnsi="Times New Roman" w:cs="Times New Roman"/>
          <w:sz w:val="28"/>
          <w:szCs w:val="28"/>
          <w:lang w:val="ru-RU"/>
        </w:rPr>
        <w:t>детского сада «</w:t>
      </w:r>
      <w:r w:rsidRPr="00604F93">
        <w:rPr>
          <w:rFonts w:ascii="Times New Roman" w:hAnsi="Times New Roman" w:cs="Times New Roman"/>
          <w:sz w:val="28"/>
          <w:szCs w:val="28"/>
        </w:rPr>
        <w:t>LITTLE</w:t>
      </w:r>
      <w:r w:rsidRPr="00604F9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04F93">
        <w:rPr>
          <w:rFonts w:ascii="Times New Roman" w:hAnsi="Times New Roman" w:cs="Times New Roman"/>
          <w:sz w:val="28"/>
          <w:szCs w:val="28"/>
        </w:rPr>
        <w:t>PEOPLE</w:t>
      </w:r>
      <w:r w:rsidRPr="00604F93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483159">
        <w:rPr>
          <w:rFonts w:ascii="Times New Roman" w:hAnsi="Times New Roman" w:cs="Times New Roman"/>
          <w:b/>
          <w:bCs/>
          <w:sz w:val="28"/>
          <w:szCs w:val="28"/>
          <w:lang w:val="ru-RU"/>
        </w:rPr>
        <w:t>Муслимов</w:t>
      </w:r>
      <w:proofErr w:type="spellEnd"/>
      <w:r w:rsidRPr="0048315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Ислам</w:t>
      </w:r>
      <w:r w:rsidRPr="00604F93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занятое </w:t>
      </w:r>
      <w:r w:rsidRPr="00483159">
        <w:rPr>
          <w:rFonts w:ascii="Times New Roman" w:hAnsi="Times New Roman" w:cs="Times New Roman"/>
          <w:b/>
          <w:bCs/>
          <w:sz w:val="28"/>
          <w:szCs w:val="28"/>
          <w:lang w:val="ru-RU"/>
        </w:rPr>
        <w:t>3-е место</w:t>
      </w:r>
      <w:r w:rsidRPr="00604F93">
        <w:rPr>
          <w:rFonts w:ascii="Times New Roman" w:hAnsi="Times New Roman" w:cs="Times New Roman"/>
          <w:sz w:val="28"/>
          <w:szCs w:val="28"/>
          <w:lang w:val="ru-RU"/>
        </w:rPr>
        <w:t xml:space="preserve"> в турнире KOSSHY OPEN по </w:t>
      </w:r>
      <w:proofErr w:type="spellStart"/>
      <w:r w:rsidRPr="00604F93">
        <w:rPr>
          <w:rFonts w:ascii="Times New Roman" w:hAnsi="Times New Roman" w:cs="Times New Roman"/>
          <w:sz w:val="28"/>
          <w:szCs w:val="28"/>
          <w:lang w:val="ru-RU"/>
        </w:rPr>
        <w:t>киокушинкай</w:t>
      </w:r>
      <w:proofErr w:type="spellEnd"/>
      <w:r w:rsidRPr="00604F93">
        <w:rPr>
          <w:rFonts w:ascii="Times New Roman" w:hAnsi="Times New Roman" w:cs="Times New Roman"/>
          <w:sz w:val="28"/>
          <w:szCs w:val="28"/>
          <w:lang w:val="ru-RU"/>
        </w:rPr>
        <w:t xml:space="preserve"> карате в дисциплине </w:t>
      </w:r>
      <w:proofErr w:type="spellStart"/>
      <w:r w:rsidRPr="00604F93">
        <w:rPr>
          <w:rFonts w:ascii="Times New Roman" w:hAnsi="Times New Roman" w:cs="Times New Roman"/>
          <w:sz w:val="28"/>
          <w:szCs w:val="28"/>
          <w:lang w:val="ru-RU"/>
        </w:rPr>
        <w:t>кумитэ</w:t>
      </w:r>
      <w:proofErr w:type="spellEnd"/>
      <w:r w:rsidRPr="00604F93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367A82" w:rsidRPr="0002486B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5E143FC3" w14:textId="77777777" w:rsidR="00E22B5F" w:rsidRPr="0002486B" w:rsidRDefault="00367A82" w:rsidP="005C1E3E">
      <w:pPr>
        <w:pStyle w:val="ae"/>
        <w:ind w:left="-851"/>
        <w:jc w:val="center"/>
        <w:rPr>
          <w:rFonts w:ascii="Times New Roman" w:hAnsi="Times New Roman" w:cs="Times New Roman"/>
          <w:sz w:val="28"/>
          <w:szCs w:val="28"/>
        </w:rPr>
      </w:pPr>
      <w:r w:rsidRPr="0002486B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B49E505" wp14:editId="5B8E97F9">
            <wp:extent cx="7401407" cy="555105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ized_9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429262" cy="5571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6F71A" w14:textId="1BEC2D04" w:rsidR="000F58B5" w:rsidRPr="000F58B5" w:rsidRDefault="009958EC" w:rsidP="000F58B5">
      <w:pPr>
        <w:pStyle w:val="ae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Hlk243663276"/>
      <w:r w:rsidRPr="009958EC">
        <w:rPr>
          <w:rFonts w:ascii="Times New Roman" w:hAnsi="Times New Roman" w:cs="Times New Roman"/>
          <w:sz w:val="28"/>
          <w:szCs w:val="28"/>
          <w:lang w:val="ru-RU"/>
        </w:rPr>
        <w:t xml:space="preserve">Награждается </w:t>
      </w:r>
      <w:r w:rsidR="005C1E3E" w:rsidRPr="005C1E3E">
        <w:rPr>
          <w:rFonts w:ascii="Times New Roman" w:hAnsi="Times New Roman" w:cs="Times New Roman"/>
          <w:sz w:val="28"/>
          <w:szCs w:val="28"/>
          <w:lang w:val="ru-RU"/>
        </w:rPr>
        <w:t>воспитанник</w:t>
      </w:r>
      <w:r w:rsidRPr="009958EC">
        <w:rPr>
          <w:rFonts w:ascii="Times New Roman" w:hAnsi="Times New Roman" w:cs="Times New Roman"/>
          <w:sz w:val="28"/>
          <w:szCs w:val="28"/>
          <w:lang w:val="ru-RU"/>
        </w:rPr>
        <w:t xml:space="preserve"> детского сада «</w:t>
      </w:r>
      <w:r w:rsidRPr="009958EC">
        <w:rPr>
          <w:rFonts w:ascii="Times New Roman" w:hAnsi="Times New Roman" w:cs="Times New Roman"/>
          <w:sz w:val="28"/>
          <w:szCs w:val="28"/>
        </w:rPr>
        <w:t>LITTLE</w:t>
      </w:r>
      <w:r w:rsidRPr="009958E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958EC">
        <w:rPr>
          <w:rFonts w:ascii="Times New Roman" w:hAnsi="Times New Roman" w:cs="Times New Roman"/>
          <w:sz w:val="28"/>
          <w:szCs w:val="28"/>
        </w:rPr>
        <w:t>PEOPLE</w:t>
      </w:r>
      <w:r w:rsidRPr="009958EC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48315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bookmarkEnd w:id="0"/>
      <w:proofErr w:type="spellStart"/>
      <w:r w:rsidRPr="00483159">
        <w:rPr>
          <w:rFonts w:ascii="Times New Roman" w:hAnsi="Times New Roman" w:cs="Times New Roman"/>
          <w:b/>
          <w:bCs/>
          <w:sz w:val="28"/>
          <w:szCs w:val="28"/>
          <w:lang w:val="ru-RU"/>
        </w:rPr>
        <w:t>Муслимов</w:t>
      </w:r>
      <w:proofErr w:type="spellEnd"/>
      <w:r w:rsidRPr="0048315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Ислам</w:t>
      </w:r>
      <w:r w:rsidRPr="009958E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F58B5" w:rsidRPr="000F58B5">
        <w:rPr>
          <w:rFonts w:ascii="Times New Roman" w:hAnsi="Times New Roman" w:cs="Times New Roman"/>
          <w:sz w:val="28"/>
          <w:szCs w:val="28"/>
          <w:lang w:val="ru-RU"/>
        </w:rPr>
        <w:t xml:space="preserve">за </w:t>
      </w:r>
      <w:r w:rsidR="000F58B5" w:rsidRPr="00483159">
        <w:rPr>
          <w:rFonts w:ascii="Times New Roman" w:hAnsi="Times New Roman" w:cs="Times New Roman"/>
          <w:b/>
          <w:bCs/>
          <w:sz w:val="28"/>
          <w:szCs w:val="28"/>
          <w:lang w:val="ru-RU"/>
        </w:rPr>
        <w:t>1-е место</w:t>
      </w:r>
      <w:r w:rsidR="000F58B5" w:rsidRPr="000F58B5">
        <w:rPr>
          <w:rFonts w:ascii="Times New Roman" w:hAnsi="Times New Roman" w:cs="Times New Roman"/>
          <w:sz w:val="28"/>
          <w:szCs w:val="28"/>
          <w:lang w:val="ru-RU"/>
        </w:rPr>
        <w:t xml:space="preserve"> в чемпионате Акмолинской области по карате </w:t>
      </w:r>
      <w:proofErr w:type="spellStart"/>
      <w:r w:rsidR="000F58B5" w:rsidRPr="000F58B5">
        <w:rPr>
          <w:rFonts w:ascii="Times New Roman" w:hAnsi="Times New Roman" w:cs="Times New Roman"/>
          <w:sz w:val="28"/>
          <w:szCs w:val="28"/>
          <w:lang w:val="ru-RU"/>
        </w:rPr>
        <w:t>Шинкиокушинкай</w:t>
      </w:r>
      <w:proofErr w:type="spellEnd"/>
      <w:r w:rsidR="000F58B5" w:rsidRPr="000F58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28293FC" w14:textId="77777777" w:rsidR="000F58B5" w:rsidRPr="000F58B5" w:rsidRDefault="000F58B5" w:rsidP="000F58B5">
      <w:pPr>
        <w:pStyle w:val="ae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F58B5">
        <w:rPr>
          <w:rFonts w:ascii="Times New Roman" w:hAnsi="Times New Roman" w:cs="Times New Roman"/>
          <w:sz w:val="28"/>
          <w:szCs w:val="28"/>
          <w:lang w:val="ru-RU"/>
        </w:rPr>
        <w:t>Возрастная группа: 4–5 лет.</w:t>
      </w:r>
    </w:p>
    <w:p w14:paraId="0C2C31C4" w14:textId="6C5D55AF" w:rsidR="00E22B5F" w:rsidRPr="0002486B" w:rsidRDefault="000F58B5" w:rsidP="000F58B5">
      <w:pPr>
        <w:pStyle w:val="ae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F58B5">
        <w:rPr>
          <w:rFonts w:ascii="Times New Roman" w:hAnsi="Times New Roman" w:cs="Times New Roman"/>
          <w:sz w:val="28"/>
          <w:szCs w:val="28"/>
          <w:lang w:val="ru-RU"/>
        </w:rPr>
        <w:t xml:space="preserve">Весовая категория: до 18 кг. </w:t>
      </w:r>
      <w:r w:rsidR="00367A82" w:rsidRPr="0002486B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167DE706" w14:textId="77777777" w:rsidR="00E22B5F" w:rsidRPr="0002486B" w:rsidRDefault="00367A82" w:rsidP="00AC10CF">
      <w:pPr>
        <w:pStyle w:val="ae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 w:rsidRPr="0002486B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DDED2F2" wp14:editId="4DB84099">
            <wp:extent cx="7155105" cy="5366328"/>
            <wp:effectExtent l="152400" t="152400" r="370205" b="36830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ized_10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183144" cy="538735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C932BC6" w14:textId="368B68C7" w:rsidR="00E22B5F" w:rsidRPr="0002486B" w:rsidRDefault="00483159" w:rsidP="009958EC">
      <w:pPr>
        <w:pStyle w:val="ae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83159">
        <w:rPr>
          <w:rFonts w:ascii="Times New Roman" w:hAnsi="Times New Roman" w:cs="Times New Roman"/>
          <w:sz w:val="28"/>
          <w:szCs w:val="28"/>
          <w:lang w:val="ru-RU"/>
        </w:rPr>
        <w:t xml:space="preserve">Награждается </w:t>
      </w:r>
      <w:r w:rsidR="00374650">
        <w:rPr>
          <w:rFonts w:ascii="Times New Roman" w:hAnsi="Times New Roman" w:cs="Times New Roman"/>
          <w:sz w:val="28"/>
          <w:szCs w:val="28"/>
          <w:lang w:val="ru-RU"/>
        </w:rPr>
        <w:t xml:space="preserve">воспитанник </w:t>
      </w:r>
      <w:r w:rsidRPr="00483159">
        <w:rPr>
          <w:rFonts w:ascii="Times New Roman" w:hAnsi="Times New Roman" w:cs="Times New Roman"/>
          <w:sz w:val="28"/>
          <w:szCs w:val="28"/>
          <w:lang w:val="ru-RU"/>
        </w:rPr>
        <w:t>детского сада «</w:t>
      </w:r>
      <w:r w:rsidRPr="00483159">
        <w:rPr>
          <w:rFonts w:ascii="Times New Roman" w:hAnsi="Times New Roman" w:cs="Times New Roman"/>
          <w:sz w:val="28"/>
          <w:szCs w:val="28"/>
        </w:rPr>
        <w:t>LITTLE</w:t>
      </w:r>
      <w:r w:rsidRPr="004831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83159">
        <w:rPr>
          <w:rFonts w:ascii="Times New Roman" w:hAnsi="Times New Roman" w:cs="Times New Roman"/>
          <w:sz w:val="28"/>
          <w:szCs w:val="28"/>
        </w:rPr>
        <w:t>PEOPLE</w:t>
      </w:r>
      <w:r w:rsidRPr="00483159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48315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9958EC" w:rsidRPr="00374650">
        <w:rPr>
          <w:rFonts w:ascii="Times New Roman" w:hAnsi="Times New Roman" w:cs="Times New Roman"/>
          <w:b/>
          <w:bCs/>
          <w:sz w:val="28"/>
          <w:szCs w:val="28"/>
          <w:lang w:val="ru-RU"/>
        </w:rPr>
        <w:t>Сыдык</w:t>
      </w:r>
      <w:proofErr w:type="spellEnd"/>
      <w:r w:rsidR="009958EC" w:rsidRPr="0037465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Дмитрий</w:t>
      </w:r>
      <w:r w:rsidR="009958EC" w:rsidRPr="009958EC">
        <w:rPr>
          <w:rFonts w:ascii="Times New Roman" w:hAnsi="Times New Roman" w:cs="Times New Roman"/>
          <w:sz w:val="28"/>
          <w:szCs w:val="28"/>
          <w:lang w:val="ru-RU"/>
        </w:rPr>
        <w:t xml:space="preserve"> занял </w:t>
      </w:r>
      <w:r w:rsidR="009958EC" w:rsidRPr="00374650">
        <w:rPr>
          <w:rFonts w:ascii="Times New Roman" w:hAnsi="Times New Roman" w:cs="Times New Roman"/>
          <w:b/>
          <w:bCs/>
          <w:sz w:val="28"/>
          <w:szCs w:val="28"/>
          <w:lang w:val="ru-RU"/>
        </w:rPr>
        <w:t>3-е место</w:t>
      </w:r>
      <w:r w:rsidR="009958EC" w:rsidRPr="009958EC">
        <w:rPr>
          <w:rFonts w:ascii="Times New Roman" w:hAnsi="Times New Roman" w:cs="Times New Roman"/>
          <w:sz w:val="28"/>
          <w:szCs w:val="28"/>
          <w:lang w:val="ru-RU"/>
        </w:rPr>
        <w:t xml:space="preserve"> в чемпионате Акмолинской области по карате </w:t>
      </w:r>
      <w:proofErr w:type="spellStart"/>
      <w:r w:rsidR="009958EC" w:rsidRPr="009958EC">
        <w:rPr>
          <w:rFonts w:ascii="Times New Roman" w:hAnsi="Times New Roman" w:cs="Times New Roman"/>
          <w:sz w:val="28"/>
          <w:szCs w:val="28"/>
          <w:lang w:val="ru-RU"/>
        </w:rPr>
        <w:t>Шинкиокушинкай</w:t>
      </w:r>
      <w:proofErr w:type="spellEnd"/>
      <w:r w:rsidR="009958EC" w:rsidRPr="009958EC">
        <w:rPr>
          <w:rFonts w:ascii="Times New Roman" w:hAnsi="Times New Roman" w:cs="Times New Roman"/>
          <w:sz w:val="28"/>
          <w:szCs w:val="28"/>
          <w:lang w:val="ru-RU"/>
        </w:rPr>
        <w:t xml:space="preserve"> среди детей 6–7 лет в весовой категории до 20 кг.</w:t>
      </w:r>
    </w:p>
    <w:sectPr w:rsidR="00E22B5F" w:rsidRPr="0002486B" w:rsidSect="005C1E3E">
      <w:pgSz w:w="12240" w:h="15840"/>
      <w:pgMar w:top="936" w:right="1080" w:bottom="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486B"/>
    <w:rsid w:val="00034616"/>
    <w:rsid w:val="000367AD"/>
    <w:rsid w:val="0006063C"/>
    <w:rsid w:val="00065477"/>
    <w:rsid w:val="00071033"/>
    <w:rsid w:val="00074F9E"/>
    <w:rsid w:val="00084F11"/>
    <w:rsid w:val="000F58B5"/>
    <w:rsid w:val="001254AC"/>
    <w:rsid w:val="0015074B"/>
    <w:rsid w:val="00150B2A"/>
    <w:rsid w:val="001A5668"/>
    <w:rsid w:val="001A7B14"/>
    <w:rsid w:val="00216325"/>
    <w:rsid w:val="002500CF"/>
    <w:rsid w:val="002568ED"/>
    <w:rsid w:val="0029639D"/>
    <w:rsid w:val="002F60DC"/>
    <w:rsid w:val="00315378"/>
    <w:rsid w:val="00326F90"/>
    <w:rsid w:val="00331FD2"/>
    <w:rsid w:val="00367A82"/>
    <w:rsid w:val="00374650"/>
    <w:rsid w:val="00374F23"/>
    <w:rsid w:val="00393585"/>
    <w:rsid w:val="00395E25"/>
    <w:rsid w:val="003C0833"/>
    <w:rsid w:val="003E352E"/>
    <w:rsid w:val="00475EB7"/>
    <w:rsid w:val="00483159"/>
    <w:rsid w:val="004B3153"/>
    <w:rsid w:val="00513A94"/>
    <w:rsid w:val="005835FD"/>
    <w:rsid w:val="005C1E3E"/>
    <w:rsid w:val="00604F93"/>
    <w:rsid w:val="00611858"/>
    <w:rsid w:val="00650C39"/>
    <w:rsid w:val="006A35F3"/>
    <w:rsid w:val="006D06D3"/>
    <w:rsid w:val="006F1D87"/>
    <w:rsid w:val="00756269"/>
    <w:rsid w:val="007D0871"/>
    <w:rsid w:val="0085448A"/>
    <w:rsid w:val="00926DB3"/>
    <w:rsid w:val="0096531B"/>
    <w:rsid w:val="009958EC"/>
    <w:rsid w:val="009B4D2D"/>
    <w:rsid w:val="00A05FC5"/>
    <w:rsid w:val="00A116F5"/>
    <w:rsid w:val="00A41A72"/>
    <w:rsid w:val="00AA1D8D"/>
    <w:rsid w:val="00AC10CF"/>
    <w:rsid w:val="00AD50D5"/>
    <w:rsid w:val="00B33D50"/>
    <w:rsid w:val="00B34390"/>
    <w:rsid w:val="00B42B5A"/>
    <w:rsid w:val="00B47730"/>
    <w:rsid w:val="00B87C0F"/>
    <w:rsid w:val="00B96D23"/>
    <w:rsid w:val="00BE566E"/>
    <w:rsid w:val="00BF14D5"/>
    <w:rsid w:val="00C464F8"/>
    <w:rsid w:val="00CB0664"/>
    <w:rsid w:val="00D67322"/>
    <w:rsid w:val="00DE4396"/>
    <w:rsid w:val="00E14047"/>
    <w:rsid w:val="00E16298"/>
    <w:rsid w:val="00E22B5F"/>
    <w:rsid w:val="00EC0679"/>
    <w:rsid w:val="00EC3900"/>
    <w:rsid w:val="00F85C6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136015-4668-4896-AAA3-A75B4490D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color w:val="4B4B4B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10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Гулжанат Койшина</cp:lastModifiedBy>
  <cp:revision>64</cp:revision>
  <dcterms:created xsi:type="dcterms:W3CDTF">2013-12-23T23:15:00Z</dcterms:created>
  <dcterms:modified xsi:type="dcterms:W3CDTF">2026-10-23T10:59:00Z</dcterms:modified>
  <cp:category/>
</cp:coreProperties>
</file>